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5BFAC2" w14:textId="77777777" w:rsidR="00797505" w:rsidRPr="00380A2B" w:rsidRDefault="002F40CF" w:rsidP="007E42BF">
      <w:pPr>
        <w:rPr>
          <w:rFonts w:asciiTheme="majorBidi" w:hAnsiTheme="majorBidi" w:cstheme="majorBidi"/>
        </w:rPr>
      </w:pPr>
      <w:r w:rsidRPr="00380A2B">
        <w:rPr>
          <w:rFonts w:asciiTheme="majorBidi" w:hAnsiTheme="majorBidi" w:cstheme="majorBidi"/>
          <w:noProof/>
        </w:rPr>
        <w:drawing>
          <wp:anchor distT="0" distB="0" distL="114300" distR="114300" simplePos="0" relativeHeight="251656192" behindDoc="0" locked="0" layoutInCell="1" allowOverlap="1" wp14:anchorId="1F44272F" wp14:editId="149FF0BF">
            <wp:simplePos x="0" y="0"/>
            <wp:positionH relativeFrom="column">
              <wp:posOffset>-36349</wp:posOffset>
            </wp:positionH>
            <wp:positionV relativeFrom="paragraph">
              <wp:posOffset>-423528</wp:posOffset>
            </wp:positionV>
            <wp:extent cx="6285470" cy="1083415"/>
            <wp:effectExtent l="0" t="0" r="1270" b="254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9750" cy="1082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5755" w:rsidRPr="00380A2B">
        <w:rPr>
          <w:rFonts w:asciiTheme="majorBidi" w:hAnsiTheme="majorBidi" w:cstheme="majorBidi"/>
        </w:rPr>
        <w:br/>
      </w:r>
    </w:p>
    <w:p w14:paraId="37AFCC05" w14:textId="77777777" w:rsidR="002F40CF" w:rsidRPr="00380A2B" w:rsidRDefault="002F40CF" w:rsidP="007E42BF">
      <w:pPr>
        <w:rPr>
          <w:rFonts w:asciiTheme="majorBidi" w:hAnsiTheme="majorBidi" w:cstheme="majorBidi"/>
        </w:rPr>
      </w:pPr>
    </w:p>
    <w:p w14:paraId="6E32A76B" w14:textId="77777777" w:rsidR="00EE0335" w:rsidRPr="00380A2B" w:rsidRDefault="000B5755" w:rsidP="007E42BF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</w:rPr>
      </w:pPr>
      <w:r w:rsidRPr="00380A2B">
        <w:rPr>
          <w:rFonts w:asciiTheme="majorBidi" w:hAnsiTheme="majorBidi" w:cstheme="majorBidi"/>
          <w:b/>
          <w:bCs/>
        </w:rPr>
        <w:t>SURAT KEPUTUSAN</w:t>
      </w:r>
      <w:r w:rsidR="002F40CF" w:rsidRPr="00380A2B">
        <w:rPr>
          <w:rFonts w:asciiTheme="majorBidi" w:hAnsiTheme="majorBidi" w:cstheme="majorBidi"/>
          <w:b/>
          <w:bCs/>
        </w:rPr>
        <w:t xml:space="preserve"> </w:t>
      </w:r>
    </w:p>
    <w:p w14:paraId="284D9847" w14:textId="77777777" w:rsidR="00797505" w:rsidRPr="00380A2B" w:rsidRDefault="000B5755" w:rsidP="007E42BF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</w:rPr>
      </w:pPr>
      <w:r w:rsidRPr="00380A2B">
        <w:rPr>
          <w:rFonts w:asciiTheme="majorBidi" w:hAnsiTheme="majorBidi" w:cstheme="majorBidi"/>
          <w:b/>
          <w:bCs/>
        </w:rPr>
        <w:t>KETUA SEKOLAH TINGGI AGAMA ISLAM AHMAD SIBAWAYHI</w:t>
      </w:r>
      <w:r w:rsidR="002F40CF" w:rsidRPr="00380A2B">
        <w:rPr>
          <w:rFonts w:asciiTheme="majorBidi" w:hAnsiTheme="majorBidi" w:cstheme="majorBidi"/>
          <w:b/>
          <w:bCs/>
        </w:rPr>
        <w:t>E</w:t>
      </w:r>
      <w:r w:rsidRPr="00380A2B">
        <w:rPr>
          <w:rFonts w:asciiTheme="majorBidi" w:hAnsiTheme="majorBidi" w:cstheme="majorBidi"/>
          <w:b/>
          <w:bCs/>
        </w:rPr>
        <w:t xml:space="preserve"> SITUBONDO</w:t>
      </w:r>
    </w:p>
    <w:p w14:paraId="43D79E8E" w14:textId="5B03561B" w:rsidR="00797505" w:rsidRPr="00380A2B" w:rsidRDefault="005271B7" w:rsidP="007E42BF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380A2B">
        <w:rPr>
          <w:rFonts w:asciiTheme="majorBidi" w:hAnsiTheme="majorBidi" w:cstheme="majorBidi"/>
          <w:b/>
          <w:bCs/>
          <w:sz w:val="24"/>
          <w:szCs w:val="24"/>
        </w:rPr>
        <w:t>Nomor</w:t>
      </w:r>
      <w:proofErr w:type="spellEnd"/>
      <w:r w:rsidRPr="00380A2B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7E42BF">
        <w:rPr>
          <w:rFonts w:asciiTheme="majorBidi" w:hAnsiTheme="majorBidi" w:cstheme="majorBidi"/>
          <w:b/>
          <w:bCs/>
          <w:sz w:val="24"/>
          <w:szCs w:val="24"/>
        </w:rPr>
        <w:t>02</w:t>
      </w:r>
      <w:r w:rsidR="00F4617A">
        <w:rPr>
          <w:rFonts w:asciiTheme="majorBidi" w:hAnsiTheme="majorBidi" w:cstheme="majorBidi"/>
          <w:b/>
          <w:bCs/>
          <w:sz w:val="24"/>
          <w:szCs w:val="24"/>
        </w:rPr>
        <w:t>74</w:t>
      </w:r>
      <w:r w:rsidRPr="007E42BF">
        <w:rPr>
          <w:rFonts w:asciiTheme="majorBidi" w:hAnsiTheme="majorBidi" w:cstheme="majorBidi"/>
          <w:b/>
          <w:bCs/>
          <w:sz w:val="24"/>
          <w:szCs w:val="24"/>
        </w:rPr>
        <w:t>/A.6.STAIAS/</w:t>
      </w:r>
      <w:r w:rsidR="00F4617A">
        <w:rPr>
          <w:rFonts w:asciiTheme="majorBidi" w:hAnsiTheme="majorBidi" w:cstheme="majorBidi"/>
          <w:b/>
          <w:bCs/>
          <w:sz w:val="24"/>
          <w:szCs w:val="24"/>
        </w:rPr>
        <w:t>IX</w:t>
      </w:r>
      <w:r w:rsidR="00EE0335" w:rsidRPr="007E42BF">
        <w:rPr>
          <w:rFonts w:asciiTheme="majorBidi" w:hAnsiTheme="majorBidi" w:cstheme="majorBidi"/>
          <w:b/>
          <w:bCs/>
          <w:sz w:val="24"/>
          <w:szCs w:val="24"/>
        </w:rPr>
        <w:t>/202</w:t>
      </w:r>
      <w:r w:rsidR="00AF659C" w:rsidRPr="007E42BF">
        <w:rPr>
          <w:rFonts w:asciiTheme="majorBidi" w:hAnsiTheme="majorBidi" w:cstheme="majorBidi"/>
          <w:b/>
          <w:bCs/>
          <w:sz w:val="24"/>
          <w:szCs w:val="24"/>
        </w:rPr>
        <w:t>5</w:t>
      </w:r>
    </w:p>
    <w:p w14:paraId="41EA815B" w14:textId="77777777" w:rsidR="00EE0335" w:rsidRPr="00380A2B" w:rsidRDefault="00EE0335" w:rsidP="007E42BF">
      <w:pPr>
        <w:spacing w:after="0" w:line="240" w:lineRule="auto"/>
        <w:contextualSpacing/>
        <w:jc w:val="center"/>
        <w:rPr>
          <w:rFonts w:asciiTheme="majorBidi" w:hAnsiTheme="majorBidi" w:cstheme="majorBidi"/>
        </w:rPr>
      </w:pPr>
    </w:p>
    <w:p w14:paraId="5C715CBE" w14:textId="77777777" w:rsidR="00797505" w:rsidRPr="00380A2B" w:rsidRDefault="002F40CF" w:rsidP="007E42BF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0A2B">
        <w:rPr>
          <w:rFonts w:asciiTheme="majorBidi" w:hAnsiTheme="majorBidi" w:cstheme="majorBidi"/>
          <w:b/>
          <w:bCs/>
          <w:sz w:val="24"/>
          <w:szCs w:val="24"/>
        </w:rPr>
        <w:t>TENTANG</w:t>
      </w:r>
    </w:p>
    <w:p w14:paraId="03FFD951" w14:textId="731663F1" w:rsidR="00797505" w:rsidRPr="00380A2B" w:rsidRDefault="002F40CF" w:rsidP="007E42BF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</w:rPr>
      </w:pPr>
      <w:r w:rsidRPr="00380A2B">
        <w:rPr>
          <w:rFonts w:asciiTheme="majorBidi" w:hAnsiTheme="majorBidi" w:cstheme="majorBidi"/>
          <w:b/>
          <w:bCs/>
        </w:rPr>
        <w:t xml:space="preserve">PENUGASAN MENGAJAR DOSEN PADA SEMESTER </w:t>
      </w:r>
      <w:r w:rsidR="006E3895">
        <w:rPr>
          <w:rFonts w:asciiTheme="majorBidi" w:hAnsiTheme="majorBidi" w:cstheme="majorBidi"/>
          <w:b/>
          <w:bCs/>
        </w:rPr>
        <w:t>GENAP</w:t>
      </w:r>
      <w:r w:rsidRPr="00380A2B">
        <w:rPr>
          <w:rFonts w:asciiTheme="majorBidi" w:hAnsiTheme="majorBidi" w:cstheme="majorBidi"/>
          <w:b/>
          <w:bCs/>
        </w:rPr>
        <w:t xml:space="preserve"> TAHUN AKADEMIK 202</w:t>
      </w:r>
      <w:r w:rsidR="00AF659C" w:rsidRPr="00380A2B">
        <w:rPr>
          <w:rFonts w:asciiTheme="majorBidi" w:hAnsiTheme="majorBidi" w:cstheme="majorBidi"/>
          <w:b/>
          <w:bCs/>
        </w:rPr>
        <w:t>5</w:t>
      </w:r>
      <w:r w:rsidRPr="00380A2B">
        <w:rPr>
          <w:rFonts w:asciiTheme="majorBidi" w:hAnsiTheme="majorBidi" w:cstheme="majorBidi"/>
          <w:b/>
          <w:bCs/>
        </w:rPr>
        <w:t>/202</w:t>
      </w:r>
      <w:r w:rsidR="00AF659C" w:rsidRPr="00380A2B">
        <w:rPr>
          <w:rFonts w:asciiTheme="majorBidi" w:hAnsiTheme="majorBidi" w:cstheme="majorBidi"/>
          <w:b/>
          <w:bCs/>
        </w:rPr>
        <w:t>6</w:t>
      </w:r>
    </w:p>
    <w:p w14:paraId="0940A84F" w14:textId="77777777" w:rsidR="00797505" w:rsidRPr="00380A2B" w:rsidRDefault="003C2737" w:rsidP="007E42BF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</w:rPr>
      </w:pPr>
      <w:r w:rsidRPr="00380A2B">
        <w:rPr>
          <w:rFonts w:asciiTheme="majorBidi" w:hAnsiTheme="majorBidi" w:cstheme="majorBidi"/>
          <w:b/>
          <w:bCs/>
        </w:rPr>
        <w:t xml:space="preserve">SEKOLAH TINGGI AGAMA ISLAM </w:t>
      </w:r>
      <w:r w:rsidR="002F40CF" w:rsidRPr="00380A2B">
        <w:rPr>
          <w:rFonts w:asciiTheme="majorBidi" w:hAnsiTheme="majorBidi" w:cstheme="majorBidi"/>
          <w:b/>
          <w:bCs/>
        </w:rPr>
        <w:t>AHMAD SIBAWAYHI SITUBONDO</w:t>
      </w:r>
    </w:p>
    <w:p w14:paraId="108594CD" w14:textId="77777777" w:rsidR="002F40CF" w:rsidRPr="00380A2B" w:rsidRDefault="002F40CF" w:rsidP="007E42BF">
      <w:pPr>
        <w:pStyle w:val="BodyText"/>
        <w:ind w:right="-22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0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"/>
        <w:gridCol w:w="1419"/>
        <w:gridCol w:w="111"/>
        <w:gridCol w:w="277"/>
        <w:gridCol w:w="7945"/>
        <w:gridCol w:w="155"/>
      </w:tblGrid>
      <w:tr w:rsidR="002F40CF" w:rsidRPr="00380A2B" w14:paraId="6DF15A42" w14:textId="77777777" w:rsidTr="00060424">
        <w:trPr>
          <w:gridBefore w:val="1"/>
          <w:wBefore w:w="105" w:type="dxa"/>
          <w:trHeight w:val="1059"/>
        </w:trPr>
        <w:tc>
          <w:tcPr>
            <w:tcW w:w="1530" w:type="dxa"/>
            <w:gridSpan w:val="2"/>
          </w:tcPr>
          <w:p w14:paraId="6FAA357E" w14:textId="77777777" w:rsidR="002F40CF" w:rsidRPr="00380A2B" w:rsidRDefault="002F40CF" w:rsidP="007E42BF">
            <w:pPr>
              <w:pStyle w:val="BodyText"/>
              <w:ind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Menimbang</w:t>
            </w:r>
            <w:proofErr w:type="spellEnd"/>
          </w:p>
        </w:tc>
        <w:tc>
          <w:tcPr>
            <w:tcW w:w="277" w:type="dxa"/>
          </w:tcPr>
          <w:p w14:paraId="6FD30560" w14:textId="77777777" w:rsidR="002F40CF" w:rsidRPr="00380A2B" w:rsidRDefault="002F40CF" w:rsidP="007E42BF">
            <w:pPr>
              <w:pStyle w:val="BodyText"/>
              <w:ind w:right="-22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8100" w:type="dxa"/>
            <w:gridSpan w:val="2"/>
          </w:tcPr>
          <w:p w14:paraId="0D823594" w14:textId="055654BF" w:rsidR="002F40CF" w:rsidRPr="00380A2B" w:rsidRDefault="002F40CF" w:rsidP="007E42BF">
            <w:pPr>
              <w:pStyle w:val="BodyText"/>
              <w:widowControl w:val="0"/>
              <w:numPr>
                <w:ilvl w:val="0"/>
                <w:numId w:val="11"/>
              </w:numPr>
              <w:autoSpaceDE w:val="0"/>
              <w:autoSpaceDN w:val="0"/>
              <w:spacing w:after="0" w:line="276" w:lineRule="auto"/>
              <w:ind w:left="356" w:hanging="425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Bahwa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untuk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kelancaran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proses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pembelajaran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Semester </w:t>
            </w:r>
            <w:proofErr w:type="spellStart"/>
            <w:r w:rsidR="006E3895">
              <w:rPr>
                <w:rFonts w:asciiTheme="majorBidi" w:hAnsiTheme="majorBidi" w:cstheme="majorBidi"/>
                <w:sz w:val="24"/>
                <w:szCs w:val="24"/>
              </w:rPr>
              <w:t>Genap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Akademik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F659C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2025 / 2026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diperlukan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penugasan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dosen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sesuai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bidang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keahlian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kompetensinya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574E326D" w14:textId="77777777" w:rsidR="002F40CF" w:rsidRPr="00380A2B" w:rsidRDefault="002F40CF" w:rsidP="007E42BF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56" w:hanging="425"/>
              <w:jc w:val="both"/>
              <w:rPr>
                <w:rFonts w:asciiTheme="majorBidi" w:hAnsiTheme="majorBidi" w:cstheme="majorBidi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Bahwa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nama-nama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tercantum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lampiran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keputusan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ini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dinilai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layak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untuk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melaksanakan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tugas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mengajar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mata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kuliah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telah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ditetapkan</w:t>
            </w:r>
            <w:proofErr w:type="spellEnd"/>
            <w:r w:rsidRPr="00380A2B">
              <w:rPr>
                <w:rFonts w:asciiTheme="majorBidi" w:hAnsiTheme="majorBidi" w:cstheme="majorBidi"/>
              </w:rPr>
              <w:t>.</w:t>
            </w:r>
          </w:p>
        </w:tc>
      </w:tr>
      <w:tr w:rsidR="00643496" w:rsidRPr="00380A2B" w14:paraId="28AA1B81" w14:textId="77777777" w:rsidTr="00060424">
        <w:trPr>
          <w:gridAfter w:val="1"/>
          <w:wAfter w:w="155" w:type="dxa"/>
          <w:trHeight w:val="3036"/>
        </w:trPr>
        <w:tc>
          <w:tcPr>
            <w:tcW w:w="1524" w:type="dxa"/>
            <w:gridSpan w:val="2"/>
          </w:tcPr>
          <w:p w14:paraId="5F208DEF" w14:textId="77777777" w:rsidR="00643496" w:rsidRPr="00380A2B" w:rsidRDefault="00643496" w:rsidP="007E42BF">
            <w:pPr>
              <w:pStyle w:val="BodyText"/>
              <w:ind w:left="142"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w w:val="110"/>
                <w:sz w:val="24"/>
                <w:szCs w:val="24"/>
                <w:lang w:eastAsia="id-ID"/>
              </w:rPr>
              <w:t>Mengingat</w:t>
            </w:r>
            <w:proofErr w:type="spellEnd"/>
            <w:r w:rsidRPr="00380A2B">
              <w:rPr>
                <w:rFonts w:asciiTheme="majorBidi" w:hAnsiTheme="majorBidi" w:cstheme="majorBidi"/>
                <w:w w:val="110"/>
                <w:sz w:val="24"/>
                <w:szCs w:val="24"/>
                <w:lang w:eastAsia="id-ID"/>
              </w:rPr>
              <w:t xml:space="preserve">        </w:t>
            </w:r>
          </w:p>
        </w:tc>
        <w:tc>
          <w:tcPr>
            <w:tcW w:w="388" w:type="dxa"/>
            <w:gridSpan w:val="2"/>
          </w:tcPr>
          <w:p w14:paraId="7EF202AE" w14:textId="77777777" w:rsidR="00643496" w:rsidRPr="00380A2B" w:rsidRDefault="00643496" w:rsidP="007E42BF">
            <w:pPr>
              <w:pStyle w:val="BodyText"/>
              <w:ind w:right="-22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7945" w:type="dxa"/>
          </w:tcPr>
          <w:p w14:paraId="255DCCE4" w14:textId="77777777" w:rsidR="00643496" w:rsidRPr="00380A2B" w:rsidRDefault="00643496" w:rsidP="007E42BF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Undang-Undang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2003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Sistem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Pendidikan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Nasional;</w:t>
            </w:r>
          </w:p>
          <w:p w14:paraId="1A8A0E16" w14:textId="77777777" w:rsidR="00643496" w:rsidRPr="00380A2B" w:rsidRDefault="00643496" w:rsidP="007E42BF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Undang-Undang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14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2005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Guru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dan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Dosen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;</w:t>
            </w:r>
          </w:p>
          <w:p w14:paraId="3D4B31DE" w14:textId="77777777" w:rsidR="00643496" w:rsidRPr="00380A2B" w:rsidRDefault="00643496" w:rsidP="007E42BF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Undang-Undang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12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2012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Pendidikan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Tinggi; </w:t>
            </w:r>
          </w:p>
          <w:p w14:paraId="08C4DD41" w14:textId="77777777" w:rsidR="00643496" w:rsidRPr="00380A2B" w:rsidRDefault="00643496" w:rsidP="007E42BF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Peraturan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Pemerintah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37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2009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Dosen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;</w:t>
            </w:r>
          </w:p>
          <w:p w14:paraId="0368C4A8" w14:textId="77777777" w:rsidR="00643496" w:rsidRPr="00380A2B" w:rsidRDefault="00643496" w:rsidP="007E42BF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Peraturan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Pemerintah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4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2014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Penyelenggaraan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Pendidikan Tinggi Dan Pengelolaan Pendidikan Tinggi;</w:t>
            </w:r>
          </w:p>
          <w:p w14:paraId="654D23CA" w14:textId="77777777" w:rsidR="00643496" w:rsidRPr="00380A2B" w:rsidRDefault="00643496" w:rsidP="007E42BF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Peraturan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Menteri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Pendidikan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dan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Kebudayaan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Nomor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3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2020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tentang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Standar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Nasional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Pendidikan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 Tinggi;</w:t>
            </w:r>
          </w:p>
          <w:p w14:paraId="5B62F684" w14:textId="77777777" w:rsidR="00643496" w:rsidRPr="00380A2B" w:rsidRDefault="00643496" w:rsidP="007E42BF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Surat Keputusan Menteri Agama RI No1192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2019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tetang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pendirian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STAIAS</w:t>
            </w:r>
          </w:p>
          <w:p w14:paraId="7E9802A3" w14:textId="77777777" w:rsidR="00643496" w:rsidRPr="00380A2B" w:rsidRDefault="00643496" w:rsidP="007E42BF">
            <w:pPr>
              <w:pStyle w:val="BodyText"/>
              <w:widowControl w:val="0"/>
              <w:numPr>
                <w:ilvl w:val="0"/>
                <w:numId w:val="12"/>
              </w:numPr>
              <w:autoSpaceDE w:val="0"/>
              <w:autoSpaceDN w:val="0"/>
              <w:spacing w:after="0"/>
              <w:ind w:left="318" w:right="-22" w:hanging="318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S</w:t>
            </w:r>
            <w:r w:rsidRPr="00380A2B">
              <w:rPr>
                <w:rFonts w:asciiTheme="majorBidi" w:hAnsiTheme="majorBidi" w:cstheme="majorBidi"/>
              </w:rPr>
              <w:t>tatuta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</w:rPr>
              <w:t>S</w:t>
            </w:r>
            <w:r w:rsidR="003C2737" w:rsidRPr="00380A2B">
              <w:rPr>
                <w:rFonts w:asciiTheme="majorBidi" w:hAnsiTheme="majorBidi" w:cstheme="majorBidi"/>
              </w:rPr>
              <w:t>ekolah</w:t>
            </w:r>
            <w:proofErr w:type="spellEnd"/>
            <w:r w:rsidR="003C2737" w:rsidRPr="00380A2B">
              <w:rPr>
                <w:rFonts w:asciiTheme="majorBidi" w:hAnsiTheme="majorBidi" w:cstheme="majorBidi"/>
              </w:rPr>
              <w:t xml:space="preserve"> Tinggi Agama </w:t>
            </w:r>
            <w:proofErr w:type="gramStart"/>
            <w:r w:rsidRPr="00380A2B">
              <w:rPr>
                <w:rFonts w:asciiTheme="majorBidi" w:hAnsiTheme="majorBidi" w:cstheme="majorBidi"/>
              </w:rPr>
              <w:t>I</w:t>
            </w:r>
            <w:r w:rsidR="003C2737" w:rsidRPr="00380A2B">
              <w:rPr>
                <w:rFonts w:asciiTheme="majorBidi" w:hAnsiTheme="majorBidi" w:cstheme="majorBidi"/>
              </w:rPr>
              <w:t xml:space="preserve">slam </w:t>
            </w:r>
            <w:r w:rsidRPr="00380A2B">
              <w:rPr>
                <w:rFonts w:asciiTheme="majorBidi" w:hAnsiTheme="majorBidi" w:cstheme="majorBidi"/>
              </w:rPr>
              <w:t xml:space="preserve"> Ahmad</w:t>
            </w:r>
            <w:proofErr w:type="gramEnd"/>
            <w:r w:rsidRPr="00380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</w:rPr>
              <w:t>Sibawayhie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</w:rPr>
              <w:t>Situbondo</w:t>
            </w:r>
            <w:proofErr w:type="spellEnd"/>
            <w:r w:rsidRPr="00380A2B">
              <w:rPr>
                <w:rFonts w:asciiTheme="majorBidi" w:hAnsiTheme="majorBidi" w:cstheme="majorBidi"/>
              </w:rPr>
              <w:t>.</w:t>
            </w:r>
          </w:p>
        </w:tc>
      </w:tr>
    </w:tbl>
    <w:p w14:paraId="20EDFA1C" w14:textId="77777777" w:rsidR="002F40CF" w:rsidRPr="00380A2B" w:rsidRDefault="002F40CF" w:rsidP="007E42BF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1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4"/>
        <w:gridCol w:w="277"/>
        <w:gridCol w:w="8142"/>
      </w:tblGrid>
      <w:tr w:rsidR="00060424" w:rsidRPr="00380A2B" w14:paraId="312B7923" w14:textId="77777777" w:rsidTr="00060424">
        <w:trPr>
          <w:trHeight w:val="112"/>
        </w:trPr>
        <w:tc>
          <w:tcPr>
            <w:tcW w:w="1714" w:type="dxa"/>
          </w:tcPr>
          <w:p w14:paraId="64A0BA45" w14:textId="77777777" w:rsidR="003C2737" w:rsidRPr="00380A2B" w:rsidRDefault="003C2737" w:rsidP="007E42BF">
            <w:pPr>
              <w:pStyle w:val="BodyText"/>
              <w:ind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Memperhatikan</w:t>
            </w:r>
            <w:proofErr w:type="spellEnd"/>
          </w:p>
        </w:tc>
        <w:tc>
          <w:tcPr>
            <w:tcW w:w="277" w:type="dxa"/>
          </w:tcPr>
          <w:p w14:paraId="0516C874" w14:textId="77777777" w:rsidR="003C2737" w:rsidRPr="00380A2B" w:rsidRDefault="003C2737" w:rsidP="007E42BF">
            <w:pPr>
              <w:pStyle w:val="BodyText"/>
              <w:ind w:left="-154" w:right="-21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8142" w:type="dxa"/>
          </w:tcPr>
          <w:p w14:paraId="5614C662" w14:textId="335117A8" w:rsidR="003C2737" w:rsidRPr="00380A2B" w:rsidRDefault="003C2737" w:rsidP="007E42BF">
            <w:pPr>
              <w:pStyle w:val="BodyText"/>
              <w:widowControl w:val="0"/>
              <w:numPr>
                <w:ilvl w:val="0"/>
                <w:numId w:val="13"/>
              </w:numPr>
              <w:autoSpaceDE w:val="0"/>
              <w:autoSpaceDN w:val="0"/>
              <w:spacing w:after="0" w:line="276" w:lineRule="auto"/>
              <w:ind w:left="277" w:hanging="283"/>
              <w:jc w:val="both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Hasil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Rapat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Pimpinan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</w:rPr>
              <w:t>Sekolah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Tinggi Agama Islam Ahmad </w:t>
            </w:r>
            <w:proofErr w:type="spellStart"/>
            <w:r w:rsidRPr="00380A2B">
              <w:rPr>
                <w:rFonts w:asciiTheme="majorBidi" w:hAnsiTheme="majorBidi" w:cstheme="majorBidi"/>
              </w:rPr>
              <w:t>Sibawayhie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</w:rPr>
              <w:t>Situbondo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</w:rPr>
              <w:t>Tentang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</w:rPr>
              <w:t>Tugas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</w:rPr>
              <w:t>Dosen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</w:rPr>
              <w:t>Pengajar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Semester </w:t>
            </w:r>
            <w:proofErr w:type="spellStart"/>
            <w:r w:rsidR="006E3895">
              <w:rPr>
                <w:rFonts w:asciiTheme="majorBidi" w:hAnsiTheme="majorBidi" w:cstheme="majorBidi"/>
              </w:rPr>
              <w:t>Genap</w:t>
            </w:r>
            <w:proofErr w:type="spellEnd"/>
            <w:r w:rsidRPr="00380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Akademik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F659C" w:rsidRPr="00380A2B">
              <w:rPr>
                <w:rFonts w:asciiTheme="majorBidi" w:hAnsiTheme="majorBidi" w:cstheme="majorBidi"/>
                <w:sz w:val="24"/>
                <w:szCs w:val="24"/>
              </w:rPr>
              <w:t>2025 / 2026</w:t>
            </w:r>
          </w:p>
          <w:p w14:paraId="760B78F0" w14:textId="77777777" w:rsidR="003C2737" w:rsidRPr="00380A2B" w:rsidRDefault="003C2737" w:rsidP="007E42BF">
            <w:pPr>
              <w:pStyle w:val="ListParagraph"/>
              <w:numPr>
                <w:ilvl w:val="0"/>
                <w:numId w:val="13"/>
              </w:numPr>
              <w:spacing w:line="276" w:lineRule="auto"/>
              <w:ind w:left="277" w:hanging="283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Masukan-Masukan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para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Ketua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Program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Studi</w:t>
            </w:r>
            <w:proofErr w:type="spellEnd"/>
            <w:r w:rsidR="00406509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di</w:t>
            </w:r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06509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406509" w:rsidRPr="00380A2B">
              <w:rPr>
                <w:rFonts w:asciiTheme="majorBidi" w:hAnsiTheme="majorBidi" w:cstheme="majorBidi"/>
                <w:sz w:val="24"/>
                <w:szCs w:val="24"/>
              </w:rPr>
              <w:t>Sekolah</w:t>
            </w:r>
            <w:proofErr w:type="spellEnd"/>
            <w:r w:rsidR="00406509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Tinggi </w:t>
            </w:r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Islam Ahmad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Sibawayhie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Situbondo</w:t>
            </w:r>
            <w:proofErr w:type="spellEnd"/>
          </w:p>
        </w:tc>
      </w:tr>
    </w:tbl>
    <w:p w14:paraId="6BD3078F" w14:textId="77777777" w:rsidR="00EE0335" w:rsidRPr="00380A2B" w:rsidRDefault="00EE0335" w:rsidP="007E42BF">
      <w:pPr>
        <w:rPr>
          <w:rFonts w:asciiTheme="majorBidi" w:hAnsiTheme="majorBidi" w:cstheme="majorBidi"/>
          <w:sz w:val="24"/>
          <w:szCs w:val="24"/>
        </w:rPr>
      </w:pPr>
    </w:p>
    <w:p w14:paraId="19D5DC9B" w14:textId="77777777" w:rsidR="003C2737" w:rsidRPr="00380A2B" w:rsidRDefault="00EE0335" w:rsidP="007E42B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80A2B">
        <w:rPr>
          <w:rFonts w:asciiTheme="majorBidi" w:hAnsiTheme="majorBidi" w:cstheme="majorBidi"/>
          <w:b/>
          <w:bCs/>
          <w:sz w:val="24"/>
          <w:szCs w:val="24"/>
        </w:rPr>
        <w:t xml:space="preserve">            </w:t>
      </w:r>
      <w:r w:rsidR="00060424" w:rsidRPr="00380A2B">
        <w:rPr>
          <w:rFonts w:asciiTheme="majorBidi" w:hAnsiTheme="majorBidi" w:cstheme="majorBidi"/>
          <w:b/>
          <w:bCs/>
          <w:sz w:val="24"/>
          <w:szCs w:val="24"/>
        </w:rPr>
        <w:t>MEMUTUSKAN</w:t>
      </w: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55"/>
        <w:gridCol w:w="8050"/>
      </w:tblGrid>
      <w:tr w:rsidR="00060424" w:rsidRPr="00380A2B" w14:paraId="77FE5D7E" w14:textId="77777777" w:rsidTr="005C47B1">
        <w:trPr>
          <w:trHeight w:val="380"/>
        </w:trPr>
        <w:tc>
          <w:tcPr>
            <w:tcW w:w="1526" w:type="dxa"/>
          </w:tcPr>
          <w:p w14:paraId="3C7CF043" w14:textId="77777777" w:rsidR="00060424" w:rsidRPr="00380A2B" w:rsidRDefault="00060424" w:rsidP="007E42BF">
            <w:pPr>
              <w:spacing w:line="360" w:lineRule="auto"/>
              <w:rPr>
                <w:rFonts w:asciiTheme="majorBidi" w:hAnsiTheme="majorBidi" w:cstheme="majorBidi"/>
              </w:rPr>
            </w:pPr>
            <w:proofErr w:type="spellStart"/>
            <w:r w:rsidRPr="00380A2B">
              <w:rPr>
                <w:rFonts w:asciiTheme="majorBidi" w:hAnsiTheme="majorBidi" w:cstheme="majorBidi"/>
              </w:rPr>
              <w:t>M</w:t>
            </w:r>
            <w:r w:rsidRPr="00380A2B">
              <w:rPr>
                <w:rFonts w:asciiTheme="majorBidi" w:hAnsiTheme="majorBidi" w:cstheme="majorBidi"/>
                <w:sz w:val="24"/>
                <w:szCs w:val="24"/>
              </w:rPr>
              <w:t>enetapkan</w:t>
            </w:r>
            <w:proofErr w:type="spellEnd"/>
          </w:p>
          <w:p w14:paraId="201A1EE5" w14:textId="77777777" w:rsidR="00060424" w:rsidRPr="00380A2B" w:rsidRDefault="00060424" w:rsidP="007E42BF">
            <w:pPr>
              <w:pStyle w:val="BodyText"/>
              <w:spacing w:line="360" w:lineRule="auto"/>
              <w:ind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</w:p>
        </w:tc>
        <w:tc>
          <w:tcPr>
            <w:tcW w:w="455" w:type="dxa"/>
          </w:tcPr>
          <w:p w14:paraId="252007E4" w14:textId="77777777" w:rsidR="00060424" w:rsidRPr="00380A2B" w:rsidRDefault="00060424" w:rsidP="007E42BF">
            <w:pPr>
              <w:pStyle w:val="BodyText"/>
              <w:spacing w:line="360" w:lineRule="auto"/>
              <w:ind w:right="-25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  </w:t>
            </w:r>
            <w:r w:rsidR="005C47B1"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:</w:t>
            </w:r>
          </w:p>
        </w:tc>
        <w:tc>
          <w:tcPr>
            <w:tcW w:w="8050" w:type="dxa"/>
          </w:tcPr>
          <w:p w14:paraId="58DB815B" w14:textId="6ECA96B5" w:rsidR="00060424" w:rsidRPr="00380A2B" w:rsidRDefault="00060424" w:rsidP="007E42BF">
            <w:pPr>
              <w:spacing w:line="360" w:lineRule="auto"/>
              <w:ind w:left="34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380A2B">
              <w:rPr>
                <w:rFonts w:asciiTheme="majorBidi" w:hAnsiTheme="majorBidi" w:cstheme="majorBidi"/>
                <w:b/>
                <w:bCs/>
              </w:rPr>
              <w:t xml:space="preserve">SURAT KEPUTUSAN KETUA SEKOLAH TINGGI AGAMA ISLAM AHMAD SIBAWAYHIE SITUBONDO TENTANG PENUGASAN MENGAJAR DOSEN PADA SEMESTER </w:t>
            </w:r>
            <w:r w:rsidR="006E3895">
              <w:rPr>
                <w:rFonts w:asciiTheme="majorBidi" w:hAnsiTheme="majorBidi" w:cstheme="majorBidi"/>
                <w:b/>
                <w:bCs/>
              </w:rPr>
              <w:t>GENAP</w:t>
            </w:r>
            <w:r w:rsidRPr="00380A2B">
              <w:rPr>
                <w:rFonts w:asciiTheme="majorBidi" w:hAnsiTheme="majorBidi" w:cstheme="majorBidi"/>
                <w:b/>
                <w:bCs/>
              </w:rPr>
              <w:t xml:space="preserve"> TAHUN AKADEMIK 2024/2025</w:t>
            </w:r>
          </w:p>
        </w:tc>
      </w:tr>
      <w:tr w:rsidR="00340977" w:rsidRPr="00380A2B" w14:paraId="479F52D6" w14:textId="77777777" w:rsidTr="00340977">
        <w:trPr>
          <w:trHeight w:val="380"/>
        </w:trPr>
        <w:tc>
          <w:tcPr>
            <w:tcW w:w="1526" w:type="dxa"/>
          </w:tcPr>
          <w:p w14:paraId="74559804" w14:textId="77777777" w:rsidR="005C47B1" w:rsidRPr="00380A2B" w:rsidRDefault="005C47B1" w:rsidP="007E42BF">
            <w:pPr>
              <w:pStyle w:val="BodyText"/>
              <w:spacing w:line="360" w:lineRule="auto"/>
              <w:ind w:right="-22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Pertama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80A2B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  <w:tc>
          <w:tcPr>
            <w:tcW w:w="455" w:type="dxa"/>
          </w:tcPr>
          <w:p w14:paraId="12B5CB5D" w14:textId="77777777" w:rsidR="005C47B1" w:rsidRPr="00380A2B" w:rsidRDefault="005C47B1" w:rsidP="007E42BF">
            <w:pPr>
              <w:pStyle w:val="BodyText"/>
              <w:spacing w:line="360" w:lineRule="auto"/>
              <w:ind w:right="-25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 xml:space="preserve">   : :</w:t>
            </w:r>
          </w:p>
        </w:tc>
        <w:tc>
          <w:tcPr>
            <w:tcW w:w="8050" w:type="dxa"/>
          </w:tcPr>
          <w:p w14:paraId="634776A4" w14:textId="6266919E" w:rsidR="005C47B1" w:rsidRPr="00380A2B" w:rsidRDefault="005C47B1" w:rsidP="007E42BF">
            <w:pPr>
              <w:spacing w:line="360" w:lineRule="auto"/>
              <w:ind w:left="34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Menugaskan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dosen-dosen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namanya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tercantum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lampiran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SK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ini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untuk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mengajar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40977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Semester </w:t>
            </w:r>
            <w:proofErr w:type="spellStart"/>
            <w:r w:rsidR="006E3895">
              <w:rPr>
                <w:rFonts w:asciiTheme="majorBidi" w:hAnsiTheme="majorBidi" w:cstheme="majorBidi"/>
                <w:sz w:val="24"/>
                <w:szCs w:val="24"/>
              </w:rPr>
              <w:t>Genap</w:t>
            </w:r>
            <w:proofErr w:type="spellEnd"/>
            <w:r w:rsidR="00340977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340977" w:rsidRPr="00380A2B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="00340977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340977" w:rsidRPr="00380A2B">
              <w:rPr>
                <w:rFonts w:asciiTheme="majorBidi" w:hAnsiTheme="majorBidi" w:cstheme="majorBidi"/>
                <w:sz w:val="24"/>
                <w:szCs w:val="24"/>
              </w:rPr>
              <w:t>Akademik</w:t>
            </w:r>
            <w:proofErr w:type="spellEnd"/>
            <w:r w:rsidR="00340977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F659C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2025 / 2026 </w:t>
            </w:r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di STAI Ahmad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Sibawayhi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Situbondo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5C47B1" w:rsidRPr="00380A2B" w14:paraId="6BCC3795" w14:textId="77777777" w:rsidTr="00340977">
        <w:trPr>
          <w:trHeight w:val="380"/>
        </w:trPr>
        <w:tc>
          <w:tcPr>
            <w:tcW w:w="1526" w:type="dxa"/>
          </w:tcPr>
          <w:p w14:paraId="4639ACBD" w14:textId="77777777" w:rsidR="005C47B1" w:rsidRPr="00380A2B" w:rsidRDefault="005C47B1" w:rsidP="007E42B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Kedua</w:t>
            </w:r>
            <w:proofErr w:type="spellEnd"/>
          </w:p>
        </w:tc>
        <w:tc>
          <w:tcPr>
            <w:tcW w:w="455" w:type="dxa"/>
          </w:tcPr>
          <w:p w14:paraId="2DA4B610" w14:textId="77777777" w:rsidR="005C47B1" w:rsidRPr="00380A2B" w:rsidRDefault="005C47B1" w:rsidP="007E42BF">
            <w:pPr>
              <w:pStyle w:val="BodyText"/>
              <w:spacing w:line="360" w:lineRule="auto"/>
              <w:ind w:right="-25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8050" w:type="dxa"/>
          </w:tcPr>
          <w:p w14:paraId="22E950C4" w14:textId="77777777" w:rsidR="005C47B1" w:rsidRPr="00380A2B" w:rsidRDefault="005C47B1" w:rsidP="007E42BF">
            <w:pPr>
              <w:spacing w:line="360" w:lineRule="auto"/>
              <w:ind w:left="34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Tugas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Dosen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adalah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Mengajar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Mendidik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,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membimbing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mengevaluasi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mahasiswa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sesuai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peraturan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berlaku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sehingga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mahasiswa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memiiki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pengetahuan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keahlian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sesuai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mata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kuliah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9560C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yang </w:t>
            </w:r>
            <w:proofErr w:type="spellStart"/>
            <w:r w:rsidR="0009560C" w:rsidRPr="00380A2B">
              <w:rPr>
                <w:rFonts w:asciiTheme="majorBidi" w:hAnsiTheme="majorBidi" w:cstheme="majorBidi"/>
                <w:sz w:val="24"/>
                <w:szCs w:val="24"/>
              </w:rPr>
              <w:t>diampuh</w:t>
            </w:r>
            <w:proofErr w:type="spellEnd"/>
          </w:p>
        </w:tc>
      </w:tr>
      <w:tr w:rsidR="005C47B1" w:rsidRPr="00380A2B" w14:paraId="6841C297" w14:textId="77777777" w:rsidTr="00340977">
        <w:trPr>
          <w:trHeight w:val="380"/>
        </w:trPr>
        <w:tc>
          <w:tcPr>
            <w:tcW w:w="1526" w:type="dxa"/>
          </w:tcPr>
          <w:p w14:paraId="147D3ACE" w14:textId="77777777" w:rsidR="005C47B1" w:rsidRPr="00380A2B" w:rsidRDefault="005C47B1" w:rsidP="007E42B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Ketiga</w:t>
            </w:r>
            <w:proofErr w:type="spellEnd"/>
          </w:p>
        </w:tc>
        <w:tc>
          <w:tcPr>
            <w:tcW w:w="455" w:type="dxa"/>
          </w:tcPr>
          <w:p w14:paraId="2345A510" w14:textId="77777777" w:rsidR="005C47B1" w:rsidRPr="00380A2B" w:rsidRDefault="005C47B1" w:rsidP="007E42BF">
            <w:pPr>
              <w:pStyle w:val="BodyText"/>
              <w:spacing w:line="360" w:lineRule="auto"/>
              <w:ind w:right="-250"/>
              <w:jc w:val="center"/>
              <w:rPr>
                <w:rFonts w:asciiTheme="majorBidi" w:hAnsiTheme="majorBidi" w:cstheme="majorBidi"/>
                <w:sz w:val="24"/>
                <w:szCs w:val="24"/>
                <w:lang w:eastAsia="id-ID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  <w:lang w:eastAsia="id-ID"/>
              </w:rPr>
              <w:t>:</w:t>
            </w:r>
          </w:p>
        </w:tc>
        <w:tc>
          <w:tcPr>
            <w:tcW w:w="8050" w:type="dxa"/>
          </w:tcPr>
          <w:p w14:paraId="41DA2171" w14:textId="10FC372D" w:rsidR="005C47B1" w:rsidRPr="00380A2B" w:rsidRDefault="0009560C" w:rsidP="007E42B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Surat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Keputusan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ini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berlaku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sejak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tanggal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ditetapkan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sampai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proofErr w:type="gram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berakhirnya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  Semester </w:t>
            </w:r>
            <w:proofErr w:type="spellStart"/>
            <w:r w:rsidR="006E3895">
              <w:rPr>
                <w:rFonts w:asciiTheme="majorBidi" w:hAnsiTheme="majorBidi" w:cstheme="majorBidi"/>
                <w:sz w:val="24"/>
                <w:szCs w:val="24"/>
              </w:rPr>
              <w:t>Genap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Akademik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F659C"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2025 / 2026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apabila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terdapat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kekeliruan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akan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diperbaiki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sebagaimana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0A2B">
              <w:rPr>
                <w:rFonts w:asciiTheme="majorBidi" w:hAnsiTheme="majorBidi" w:cstheme="majorBidi"/>
                <w:sz w:val="24"/>
                <w:szCs w:val="24"/>
              </w:rPr>
              <w:t>mestinya</w:t>
            </w:r>
            <w:proofErr w:type="spellEnd"/>
            <w:r w:rsidRPr="00380A2B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</w:tbl>
    <w:p w14:paraId="3DD31331" w14:textId="77777777" w:rsidR="005C47B1" w:rsidRPr="00380A2B" w:rsidRDefault="005C47B1" w:rsidP="007E42BF">
      <w:pPr>
        <w:rPr>
          <w:rFonts w:asciiTheme="majorBidi" w:hAnsiTheme="majorBidi" w:cstheme="majorBidi"/>
        </w:rPr>
      </w:pPr>
    </w:p>
    <w:p w14:paraId="65940DB3" w14:textId="77777777" w:rsidR="00340977" w:rsidRPr="00380A2B" w:rsidRDefault="00AE068B" w:rsidP="007E42BF">
      <w:pPr>
        <w:pStyle w:val="BodyText"/>
        <w:spacing w:before="89"/>
        <w:ind w:left="6237" w:right="-22"/>
        <w:rPr>
          <w:rFonts w:asciiTheme="majorBidi" w:hAnsiTheme="majorBidi" w:cstheme="majorBidi"/>
          <w:sz w:val="24"/>
          <w:szCs w:val="24"/>
        </w:rPr>
      </w:pPr>
      <w:r w:rsidRPr="00380A2B">
        <w:rPr>
          <w:rFonts w:asciiTheme="majorBidi" w:hAnsiTheme="majorBidi" w:cstheme="majorBidi"/>
          <w:noProof/>
        </w:rPr>
        <w:drawing>
          <wp:anchor distT="0" distB="0" distL="114300" distR="114300" simplePos="0" relativeHeight="251654144" behindDoc="0" locked="0" layoutInCell="1" allowOverlap="1" wp14:anchorId="56E38B7A" wp14:editId="726ABB15">
            <wp:simplePos x="0" y="0"/>
            <wp:positionH relativeFrom="column">
              <wp:posOffset>3930144</wp:posOffset>
            </wp:positionH>
            <wp:positionV relativeFrom="paragraph">
              <wp:posOffset>20790</wp:posOffset>
            </wp:positionV>
            <wp:extent cx="1046031" cy="2372722"/>
            <wp:effectExtent l="0" t="0" r="0" b="5398"/>
            <wp:wrapNone/>
            <wp:docPr id="4" name="Picture 4" descr="C:\Users\Administrator\Downloads\WhatsApp_Image_2025-08-09_at_10.33.00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wnloads\WhatsApp_Image_2025-08-09_at_10.33.00-removebg-preview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268" b="10805"/>
                    <a:stretch/>
                  </pic:blipFill>
                  <pic:spPr bwMode="auto">
                    <a:xfrm rot="16200000">
                      <a:off x="0" y="0"/>
                      <a:ext cx="1044531" cy="236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40977" w:rsidRPr="00380A2B">
        <w:rPr>
          <w:rFonts w:asciiTheme="majorBidi" w:hAnsiTheme="majorBidi" w:cstheme="majorBidi"/>
          <w:color w:val="0F0F0F"/>
          <w:w w:val="115"/>
          <w:sz w:val="24"/>
          <w:szCs w:val="24"/>
        </w:rPr>
        <w:t>Ditetapkan</w:t>
      </w:r>
      <w:proofErr w:type="spellEnd"/>
      <w:r w:rsidR="00340977" w:rsidRPr="00380A2B">
        <w:rPr>
          <w:rFonts w:asciiTheme="majorBidi" w:hAnsiTheme="majorBidi" w:cstheme="majorBidi"/>
          <w:color w:val="0F0F0F"/>
          <w:w w:val="115"/>
          <w:sz w:val="24"/>
          <w:szCs w:val="24"/>
        </w:rPr>
        <w:t xml:space="preserve"> </w:t>
      </w:r>
      <w:r w:rsidR="00340977" w:rsidRPr="00380A2B">
        <w:rPr>
          <w:rFonts w:asciiTheme="majorBidi" w:hAnsiTheme="majorBidi" w:cstheme="majorBidi"/>
          <w:color w:val="0C0C0C"/>
          <w:w w:val="115"/>
          <w:sz w:val="24"/>
          <w:szCs w:val="24"/>
        </w:rPr>
        <w:t xml:space="preserve">di </w:t>
      </w:r>
      <w:proofErr w:type="spellStart"/>
      <w:r w:rsidR="00340977" w:rsidRPr="00380A2B">
        <w:rPr>
          <w:rFonts w:asciiTheme="majorBidi" w:hAnsiTheme="majorBidi" w:cstheme="majorBidi"/>
          <w:w w:val="115"/>
          <w:sz w:val="24"/>
          <w:szCs w:val="24"/>
        </w:rPr>
        <w:t>Besuki</w:t>
      </w:r>
      <w:proofErr w:type="spellEnd"/>
    </w:p>
    <w:p w14:paraId="7BDE7021" w14:textId="021423C6" w:rsidR="00340977" w:rsidRPr="00380A2B" w:rsidRDefault="00EE0335" w:rsidP="007E42BF">
      <w:pPr>
        <w:pStyle w:val="BodyText"/>
        <w:spacing w:before="1"/>
        <w:ind w:left="6237" w:right="-22"/>
        <w:rPr>
          <w:rFonts w:asciiTheme="majorBidi" w:hAnsiTheme="majorBidi" w:cstheme="majorBidi"/>
          <w:w w:val="115"/>
          <w:sz w:val="24"/>
          <w:szCs w:val="24"/>
        </w:rPr>
      </w:pPr>
      <w:r w:rsidRPr="00380A2B"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65408" behindDoc="0" locked="0" layoutInCell="1" allowOverlap="1" wp14:anchorId="039806D3" wp14:editId="7A4A793B">
            <wp:simplePos x="0" y="0"/>
            <wp:positionH relativeFrom="column">
              <wp:posOffset>2980690</wp:posOffset>
            </wp:positionH>
            <wp:positionV relativeFrom="paragraph">
              <wp:posOffset>83202</wp:posOffset>
            </wp:positionV>
            <wp:extent cx="1425146" cy="1425146"/>
            <wp:effectExtent l="0" t="0" r="3810" b="0"/>
            <wp:wrapNone/>
            <wp:docPr id="2" name="Picture 2" descr="C:\Users\Administrator\Downloads\20211018_100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20211018_10011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146" cy="1425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0A2B"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62336" behindDoc="0" locked="0" layoutInCell="1" allowOverlap="1" wp14:anchorId="1619CF90" wp14:editId="773C75FD">
            <wp:simplePos x="0" y="0"/>
            <wp:positionH relativeFrom="column">
              <wp:posOffset>2986937</wp:posOffset>
            </wp:positionH>
            <wp:positionV relativeFrom="paragraph">
              <wp:posOffset>81692</wp:posOffset>
            </wp:positionV>
            <wp:extent cx="1425146" cy="1425146"/>
            <wp:effectExtent l="0" t="0" r="3810" b="0"/>
            <wp:wrapNone/>
            <wp:docPr id="1" name="Picture 1" descr="C:\Users\Administrator\Downloads\20211018_100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20211018_10011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639" cy="1424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="00340977" w:rsidRPr="00380A2B">
        <w:rPr>
          <w:rFonts w:asciiTheme="majorBidi" w:hAnsiTheme="majorBidi" w:cstheme="majorBidi"/>
          <w:color w:val="0E0E0E"/>
          <w:w w:val="115"/>
          <w:sz w:val="24"/>
          <w:szCs w:val="24"/>
        </w:rPr>
        <w:t>pada</w:t>
      </w:r>
      <w:proofErr w:type="spellEnd"/>
      <w:proofErr w:type="gramEnd"/>
      <w:r w:rsidR="00340977" w:rsidRPr="00380A2B">
        <w:rPr>
          <w:rFonts w:asciiTheme="majorBidi" w:hAnsiTheme="majorBidi" w:cstheme="majorBidi"/>
          <w:color w:val="0E0E0E"/>
          <w:w w:val="115"/>
          <w:sz w:val="24"/>
          <w:szCs w:val="24"/>
        </w:rPr>
        <w:t xml:space="preserve"> </w:t>
      </w:r>
      <w:proofErr w:type="spellStart"/>
      <w:r w:rsidR="00340977" w:rsidRPr="00380A2B">
        <w:rPr>
          <w:rFonts w:asciiTheme="majorBidi" w:hAnsiTheme="majorBidi" w:cstheme="majorBidi"/>
          <w:w w:val="115"/>
          <w:sz w:val="24"/>
          <w:szCs w:val="24"/>
        </w:rPr>
        <w:t>tanggal</w:t>
      </w:r>
      <w:proofErr w:type="spellEnd"/>
      <w:r w:rsidR="00340977" w:rsidRPr="00380A2B">
        <w:rPr>
          <w:rFonts w:asciiTheme="majorBidi" w:hAnsiTheme="majorBidi" w:cstheme="majorBidi"/>
          <w:w w:val="115"/>
          <w:sz w:val="24"/>
          <w:szCs w:val="24"/>
        </w:rPr>
        <w:t xml:space="preserve"> </w:t>
      </w:r>
      <w:r w:rsidR="00AF659C" w:rsidRPr="00380A2B">
        <w:rPr>
          <w:rFonts w:asciiTheme="majorBidi" w:hAnsiTheme="majorBidi" w:cstheme="majorBidi"/>
          <w:w w:val="115"/>
          <w:sz w:val="24"/>
          <w:szCs w:val="24"/>
        </w:rPr>
        <w:t xml:space="preserve"> </w:t>
      </w:r>
      <w:r w:rsidR="007E42BF">
        <w:rPr>
          <w:rFonts w:asciiTheme="majorBidi" w:hAnsiTheme="majorBidi" w:cstheme="majorBidi"/>
          <w:w w:val="115"/>
          <w:sz w:val="24"/>
          <w:szCs w:val="24"/>
        </w:rPr>
        <w:t>22 September 2025</w:t>
      </w:r>
    </w:p>
    <w:p w14:paraId="1F80959B" w14:textId="77777777" w:rsidR="00340977" w:rsidRPr="00380A2B" w:rsidRDefault="00AE068B" w:rsidP="007E42BF">
      <w:pPr>
        <w:spacing w:line="228" w:lineRule="auto"/>
        <w:ind w:left="6237" w:right="-22"/>
        <w:rPr>
          <w:rFonts w:asciiTheme="majorBidi" w:hAnsiTheme="majorBidi" w:cstheme="majorBidi"/>
          <w:sz w:val="24"/>
          <w:szCs w:val="24"/>
        </w:rPr>
      </w:pPr>
      <w:r w:rsidRPr="00380A2B">
        <w:rPr>
          <w:rFonts w:asciiTheme="majorBidi" w:hAnsiTheme="majorBidi" w:cstheme="majorBidi"/>
          <w:sz w:val="24"/>
          <w:szCs w:val="24"/>
        </w:rPr>
        <w:t xml:space="preserve">Wakil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Ketua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380A2B">
        <w:rPr>
          <w:rFonts w:asciiTheme="majorBidi" w:hAnsiTheme="majorBidi" w:cstheme="majorBidi"/>
          <w:sz w:val="24"/>
          <w:szCs w:val="24"/>
        </w:rPr>
        <w:t>I  (</w:t>
      </w:r>
      <w:proofErr w:type="gram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Bidang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Akademik)</w:t>
      </w:r>
    </w:p>
    <w:p w14:paraId="22F81947" w14:textId="77777777" w:rsidR="00340977" w:rsidRPr="00380A2B" w:rsidRDefault="00340977" w:rsidP="007E42BF">
      <w:pPr>
        <w:spacing w:line="228" w:lineRule="auto"/>
        <w:ind w:right="-22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22EE7496" w14:textId="77777777" w:rsidR="00340977" w:rsidRPr="00380A2B" w:rsidRDefault="00340977" w:rsidP="007E42BF">
      <w:pPr>
        <w:spacing w:line="228" w:lineRule="auto"/>
        <w:ind w:left="6237" w:right="-22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30FB7662" w14:textId="77777777" w:rsidR="00AE068B" w:rsidRPr="00380A2B" w:rsidRDefault="00AE068B" w:rsidP="007E42BF">
      <w:pPr>
        <w:spacing w:line="228" w:lineRule="auto"/>
        <w:ind w:left="5517" w:right="-23" w:firstLine="720"/>
        <w:contextualSpacing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Dr. </w:t>
      </w:r>
      <w:proofErr w:type="spellStart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>Samsul</w:t>
      </w:r>
      <w:proofErr w:type="spellEnd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>Arifin</w:t>
      </w:r>
      <w:proofErr w:type="spellEnd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, </w:t>
      </w:r>
      <w:proofErr w:type="spellStart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>M.Pd</w:t>
      </w:r>
      <w:proofErr w:type="spellEnd"/>
    </w:p>
    <w:p w14:paraId="39F969EA" w14:textId="77777777" w:rsidR="00AE068B" w:rsidRPr="00380A2B" w:rsidRDefault="00AE068B" w:rsidP="007E42BF">
      <w:pPr>
        <w:spacing w:line="228" w:lineRule="auto"/>
        <w:ind w:left="5517" w:right="-22" w:firstLine="720"/>
        <w:rPr>
          <w:rFonts w:asciiTheme="majorBidi" w:hAnsiTheme="majorBidi" w:cstheme="majorBidi"/>
          <w:b/>
          <w:bCs/>
          <w:sz w:val="24"/>
          <w:szCs w:val="24"/>
        </w:rPr>
      </w:pPr>
      <w:r w:rsidRPr="00380A2B">
        <w:rPr>
          <w:rFonts w:asciiTheme="majorBidi" w:hAnsiTheme="majorBidi" w:cstheme="majorBidi"/>
          <w:b/>
          <w:bCs/>
          <w:sz w:val="24"/>
          <w:szCs w:val="24"/>
        </w:rPr>
        <w:t>NIDN. 2110129104</w:t>
      </w:r>
    </w:p>
    <w:p w14:paraId="30610775" w14:textId="77777777" w:rsidR="006F0449" w:rsidRPr="00380A2B" w:rsidRDefault="000B5755" w:rsidP="007E42BF">
      <w:pPr>
        <w:rPr>
          <w:rFonts w:asciiTheme="majorBidi" w:hAnsiTheme="majorBidi" w:cstheme="majorBidi"/>
        </w:rPr>
      </w:pPr>
      <w:r w:rsidRPr="00380A2B">
        <w:rPr>
          <w:rFonts w:asciiTheme="majorBidi" w:hAnsiTheme="majorBidi" w:cstheme="majorBidi"/>
        </w:rPr>
        <w:br/>
      </w:r>
    </w:p>
    <w:p w14:paraId="1567D7FE" w14:textId="77777777" w:rsidR="00EE0335" w:rsidRPr="00380A2B" w:rsidRDefault="00EE0335" w:rsidP="007E42BF">
      <w:pPr>
        <w:rPr>
          <w:rFonts w:asciiTheme="majorBidi" w:hAnsiTheme="majorBidi" w:cstheme="majorBidi"/>
        </w:rPr>
      </w:pPr>
    </w:p>
    <w:p w14:paraId="4BD5DF80" w14:textId="77777777" w:rsidR="00EE0335" w:rsidRPr="00380A2B" w:rsidRDefault="00EE0335" w:rsidP="007E42BF">
      <w:pPr>
        <w:rPr>
          <w:rFonts w:asciiTheme="majorBidi" w:hAnsiTheme="majorBidi" w:cstheme="majorBidi"/>
        </w:rPr>
      </w:pPr>
    </w:p>
    <w:p w14:paraId="66EBFC20" w14:textId="77777777" w:rsidR="00EE0335" w:rsidRPr="00380A2B" w:rsidRDefault="00EE0335" w:rsidP="007E42BF">
      <w:pPr>
        <w:rPr>
          <w:rFonts w:asciiTheme="majorBidi" w:hAnsiTheme="majorBidi" w:cstheme="majorBidi"/>
        </w:rPr>
      </w:pPr>
    </w:p>
    <w:p w14:paraId="06345489" w14:textId="77777777" w:rsidR="00EE0335" w:rsidRPr="00380A2B" w:rsidRDefault="00EE0335" w:rsidP="007E42BF">
      <w:pPr>
        <w:rPr>
          <w:rFonts w:asciiTheme="majorBidi" w:hAnsiTheme="majorBidi" w:cstheme="majorBidi"/>
        </w:rPr>
      </w:pPr>
    </w:p>
    <w:p w14:paraId="209BB761" w14:textId="77777777" w:rsidR="00EE0335" w:rsidRPr="00380A2B" w:rsidRDefault="00EE0335" w:rsidP="007E42BF">
      <w:pPr>
        <w:rPr>
          <w:rFonts w:asciiTheme="majorBidi" w:hAnsiTheme="majorBidi" w:cstheme="majorBidi"/>
        </w:rPr>
      </w:pPr>
    </w:p>
    <w:p w14:paraId="10D6D324" w14:textId="77777777" w:rsidR="00EE0335" w:rsidRPr="00380A2B" w:rsidRDefault="00EE0335" w:rsidP="007E42BF">
      <w:pPr>
        <w:rPr>
          <w:rFonts w:asciiTheme="majorBidi" w:hAnsiTheme="majorBidi" w:cstheme="majorBidi"/>
        </w:rPr>
      </w:pPr>
    </w:p>
    <w:p w14:paraId="1C6EC9D2" w14:textId="77777777" w:rsidR="00EE0335" w:rsidRPr="00380A2B" w:rsidRDefault="00EE0335" w:rsidP="007E42BF">
      <w:pPr>
        <w:rPr>
          <w:rFonts w:asciiTheme="majorBidi" w:hAnsiTheme="majorBidi" w:cstheme="majorBidi"/>
        </w:rPr>
      </w:pPr>
    </w:p>
    <w:p w14:paraId="61414A8A" w14:textId="77777777" w:rsidR="003716AF" w:rsidRPr="00380A2B" w:rsidRDefault="003716AF" w:rsidP="007E42BF">
      <w:pPr>
        <w:rPr>
          <w:rFonts w:asciiTheme="majorBidi" w:hAnsiTheme="majorBidi" w:cstheme="majorBidi"/>
        </w:rPr>
      </w:pPr>
    </w:p>
    <w:p w14:paraId="20D57464" w14:textId="77777777" w:rsidR="003716AF" w:rsidRPr="00380A2B" w:rsidRDefault="003716AF" w:rsidP="007E42BF">
      <w:pPr>
        <w:rPr>
          <w:rFonts w:asciiTheme="majorBidi" w:hAnsiTheme="majorBidi" w:cstheme="majorBidi"/>
        </w:rPr>
      </w:pPr>
    </w:p>
    <w:p w14:paraId="37DED527" w14:textId="77777777" w:rsidR="003716AF" w:rsidRPr="00380A2B" w:rsidRDefault="003716AF" w:rsidP="007E42BF">
      <w:pPr>
        <w:rPr>
          <w:rFonts w:asciiTheme="majorBidi" w:hAnsiTheme="majorBidi" w:cstheme="majorBidi"/>
        </w:rPr>
      </w:pPr>
    </w:p>
    <w:p w14:paraId="7AA4152D" w14:textId="77777777" w:rsidR="00DF31AF" w:rsidRPr="00380A2B" w:rsidRDefault="00DF31AF" w:rsidP="007E42BF">
      <w:pPr>
        <w:pStyle w:val="NormalWeb"/>
        <w:rPr>
          <w:rFonts w:asciiTheme="majorBidi" w:hAnsiTheme="majorBidi" w:cstheme="majorBidi"/>
          <w:sz w:val="20"/>
          <w:szCs w:val="20"/>
        </w:rPr>
      </w:pPr>
      <w:proofErr w:type="spellStart"/>
      <w:r w:rsidRPr="00380A2B">
        <w:rPr>
          <w:rStyle w:val="Strong"/>
          <w:rFonts w:asciiTheme="majorBidi" w:hAnsiTheme="majorBidi" w:cstheme="majorBidi"/>
          <w:sz w:val="20"/>
          <w:szCs w:val="20"/>
        </w:rPr>
        <w:t>Tembusan</w:t>
      </w:r>
      <w:proofErr w:type="spellEnd"/>
      <w:r w:rsidRPr="00380A2B">
        <w:rPr>
          <w:rFonts w:asciiTheme="majorBidi" w:hAnsiTheme="majorBidi" w:cstheme="majorBidi"/>
          <w:sz w:val="20"/>
          <w:szCs w:val="20"/>
        </w:rPr>
        <w:t>:</w:t>
      </w:r>
    </w:p>
    <w:p w14:paraId="03CD61A7" w14:textId="77777777" w:rsidR="00DF31AF" w:rsidRPr="00380A2B" w:rsidRDefault="00DF31AF" w:rsidP="007E42BF">
      <w:pPr>
        <w:pStyle w:val="NormalWeb"/>
        <w:numPr>
          <w:ilvl w:val="0"/>
          <w:numId w:val="15"/>
        </w:numPr>
        <w:rPr>
          <w:rFonts w:asciiTheme="majorBidi" w:hAnsiTheme="majorBidi" w:cstheme="majorBidi"/>
          <w:sz w:val="20"/>
          <w:szCs w:val="20"/>
        </w:rPr>
      </w:pPr>
      <w:proofErr w:type="spellStart"/>
      <w:r w:rsidRPr="00380A2B">
        <w:rPr>
          <w:rFonts w:asciiTheme="majorBidi" w:hAnsiTheme="majorBidi" w:cstheme="majorBidi"/>
          <w:sz w:val="20"/>
          <w:szCs w:val="20"/>
        </w:rPr>
        <w:t>Ketua</w:t>
      </w:r>
      <w:proofErr w:type="spellEnd"/>
      <w:r w:rsidRPr="00380A2B">
        <w:rPr>
          <w:rFonts w:asciiTheme="majorBidi" w:hAnsiTheme="majorBidi" w:cstheme="majorBidi"/>
          <w:sz w:val="20"/>
          <w:szCs w:val="20"/>
        </w:rPr>
        <w:t xml:space="preserve"> STAIAS</w:t>
      </w:r>
    </w:p>
    <w:p w14:paraId="7927F258" w14:textId="77777777" w:rsidR="00DF31AF" w:rsidRPr="00380A2B" w:rsidRDefault="00DF31AF" w:rsidP="007E42BF">
      <w:pPr>
        <w:pStyle w:val="NormalWeb"/>
        <w:numPr>
          <w:ilvl w:val="0"/>
          <w:numId w:val="15"/>
        </w:numPr>
        <w:rPr>
          <w:rFonts w:asciiTheme="majorBidi" w:hAnsiTheme="majorBidi" w:cstheme="majorBidi"/>
          <w:sz w:val="20"/>
          <w:szCs w:val="20"/>
        </w:rPr>
      </w:pPr>
      <w:r w:rsidRPr="00380A2B">
        <w:rPr>
          <w:rFonts w:asciiTheme="majorBidi" w:hAnsiTheme="majorBidi" w:cstheme="majorBidi"/>
          <w:sz w:val="20"/>
          <w:szCs w:val="20"/>
        </w:rPr>
        <w:t xml:space="preserve">Wakil </w:t>
      </w:r>
      <w:proofErr w:type="spellStart"/>
      <w:r w:rsidRPr="00380A2B">
        <w:rPr>
          <w:rFonts w:asciiTheme="majorBidi" w:hAnsiTheme="majorBidi" w:cstheme="majorBidi"/>
          <w:sz w:val="20"/>
          <w:szCs w:val="20"/>
        </w:rPr>
        <w:t>Ketua</w:t>
      </w:r>
      <w:proofErr w:type="spellEnd"/>
      <w:r w:rsidRPr="00380A2B">
        <w:rPr>
          <w:rFonts w:asciiTheme="majorBidi" w:hAnsiTheme="majorBidi" w:cstheme="majorBidi"/>
          <w:sz w:val="20"/>
          <w:szCs w:val="20"/>
        </w:rPr>
        <w:t xml:space="preserve"> II </w:t>
      </w:r>
      <w:proofErr w:type="spellStart"/>
      <w:r w:rsidRPr="00380A2B">
        <w:rPr>
          <w:rFonts w:asciiTheme="majorBidi" w:hAnsiTheme="majorBidi" w:cstheme="majorBidi"/>
          <w:sz w:val="20"/>
          <w:szCs w:val="20"/>
        </w:rPr>
        <w:t>Bidang</w:t>
      </w:r>
      <w:proofErr w:type="spellEnd"/>
      <w:r w:rsidRPr="00380A2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0"/>
          <w:szCs w:val="20"/>
        </w:rPr>
        <w:t>Keuangan</w:t>
      </w:r>
      <w:proofErr w:type="spellEnd"/>
    </w:p>
    <w:p w14:paraId="0C892065" w14:textId="77777777" w:rsidR="00DF31AF" w:rsidRPr="00380A2B" w:rsidRDefault="00DF31AF" w:rsidP="007E42BF">
      <w:pPr>
        <w:pStyle w:val="NormalWeb"/>
        <w:numPr>
          <w:ilvl w:val="0"/>
          <w:numId w:val="15"/>
        </w:numPr>
        <w:rPr>
          <w:rFonts w:asciiTheme="majorBidi" w:hAnsiTheme="majorBidi" w:cstheme="majorBidi"/>
          <w:sz w:val="20"/>
          <w:szCs w:val="20"/>
        </w:rPr>
      </w:pPr>
      <w:proofErr w:type="spellStart"/>
      <w:r w:rsidRPr="00380A2B">
        <w:rPr>
          <w:rFonts w:asciiTheme="majorBidi" w:hAnsiTheme="majorBidi" w:cstheme="majorBidi"/>
          <w:sz w:val="20"/>
          <w:szCs w:val="20"/>
        </w:rPr>
        <w:t>Kepala</w:t>
      </w:r>
      <w:proofErr w:type="spellEnd"/>
      <w:r w:rsidRPr="00380A2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0"/>
          <w:szCs w:val="20"/>
        </w:rPr>
        <w:t>Bagian</w:t>
      </w:r>
      <w:proofErr w:type="spellEnd"/>
      <w:r w:rsidRPr="00380A2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0"/>
          <w:szCs w:val="20"/>
        </w:rPr>
        <w:t>Adminstrasi</w:t>
      </w:r>
      <w:proofErr w:type="spellEnd"/>
    </w:p>
    <w:p w14:paraId="03AC7113" w14:textId="77777777" w:rsidR="00DF31AF" w:rsidRPr="00380A2B" w:rsidRDefault="00DF31AF" w:rsidP="007E42BF">
      <w:pPr>
        <w:pStyle w:val="NormalWeb"/>
        <w:numPr>
          <w:ilvl w:val="0"/>
          <w:numId w:val="15"/>
        </w:numPr>
        <w:rPr>
          <w:rFonts w:asciiTheme="majorBidi" w:hAnsiTheme="majorBidi" w:cstheme="majorBidi"/>
          <w:sz w:val="20"/>
          <w:szCs w:val="20"/>
        </w:rPr>
      </w:pPr>
      <w:r w:rsidRPr="00380A2B">
        <w:rPr>
          <w:rFonts w:asciiTheme="majorBidi" w:hAnsiTheme="majorBidi" w:cstheme="majorBidi"/>
          <w:sz w:val="20"/>
          <w:szCs w:val="20"/>
        </w:rPr>
        <w:t xml:space="preserve">Para </w:t>
      </w:r>
      <w:proofErr w:type="spellStart"/>
      <w:r w:rsidRPr="00380A2B">
        <w:rPr>
          <w:rFonts w:asciiTheme="majorBidi" w:hAnsiTheme="majorBidi" w:cstheme="majorBidi"/>
          <w:sz w:val="20"/>
          <w:szCs w:val="20"/>
        </w:rPr>
        <w:t>Ketua</w:t>
      </w:r>
      <w:proofErr w:type="spellEnd"/>
      <w:r w:rsidRPr="00380A2B">
        <w:rPr>
          <w:rFonts w:asciiTheme="majorBidi" w:hAnsiTheme="majorBidi" w:cstheme="majorBidi"/>
          <w:sz w:val="20"/>
          <w:szCs w:val="20"/>
        </w:rPr>
        <w:t xml:space="preserve"> Program </w:t>
      </w:r>
      <w:proofErr w:type="spellStart"/>
      <w:r w:rsidRPr="00380A2B">
        <w:rPr>
          <w:rFonts w:asciiTheme="majorBidi" w:hAnsiTheme="majorBidi" w:cstheme="majorBidi"/>
          <w:sz w:val="20"/>
          <w:szCs w:val="20"/>
        </w:rPr>
        <w:t>Studi</w:t>
      </w:r>
      <w:proofErr w:type="spellEnd"/>
    </w:p>
    <w:p w14:paraId="097AAA17" w14:textId="77777777" w:rsidR="007A665A" w:rsidRPr="00380A2B" w:rsidRDefault="00DF31AF" w:rsidP="007E42BF">
      <w:pPr>
        <w:pStyle w:val="NormalWeb"/>
        <w:numPr>
          <w:ilvl w:val="0"/>
          <w:numId w:val="15"/>
        </w:numPr>
        <w:rPr>
          <w:rFonts w:asciiTheme="majorBidi" w:hAnsiTheme="majorBidi" w:cstheme="majorBidi"/>
          <w:sz w:val="20"/>
          <w:szCs w:val="20"/>
        </w:rPr>
      </w:pPr>
      <w:proofErr w:type="spellStart"/>
      <w:r w:rsidRPr="00380A2B">
        <w:rPr>
          <w:rFonts w:asciiTheme="majorBidi" w:hAnsiTheme="majorBidi" w:cstheme="majorBidi"/>
          <w:sz w:val="20"/>
          <w:szCs w:val="20"/>
        </w:rPr>
        <w:t>Arsip</w:t>
      </w:r>
      <w:proofErr w:type="spellEnd"/>
      <w:r w:rsidR="003716AF" w:rsidRPr="00380A2B">
        <w:rPr>
          <w:rFonts w:asciiTheme="majorBidi" w:hAnsiTheme="majorBidi" w:cstheme="majorBidi"/>
          <w:sz w:val="20"/>
          <w:szCs w:val="20"/>
        </w:rPr>
        <w:br/>
      </w:r>
    </w:p>
    <w:p w14:paraId="41DBF312" w14:textId="77777777" w:rsidR="003716AF" w:rsidRPr="00380A2B" w:rsidRDefault="003716AF" w:rsidP="007E42BF">
      <w:pPr>
        <w:pStyle w:val="NormalWeb"/>
        <w:rPr>
          <w:rFonts w:asciiTheme="majorBidi" w:hAnsiTheme="majorBidi" w:cstheme="majorBidi"/>
          <w:sz w:val="20"/>
          <w:szCs w:val="20"/>
        </w:rPr>
      </w:pPr>
    </w:p>
    <w:p w14:paraId="2E08D4A7" w14:textId="77777777" w:rsidR="00EE0335" w:rsidRPr="00380A2B" w:rsidRDefault="003716AF" w:rsidP="007E42BF">
      <w:pPr>
        <w:rPr>
          <w:rFonts w:asciiTheme="majorBidi" w:hAnsiTheme="majorBidi" w:cstheme="majorBidi"/>
        </w:rPr>
      </w:pPr>
      <w:r w:rsidRPr="00380A2B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65877154" wp14:editId="18139EA0">
            <wp:simplePos x="0" y="0"/>
            <wp:positionH relativeFrom="column">
              <wp:posOffset>-28112</wp:posOffset>
            </wp:positionH>
            <wp:positionV relativeFrom="paragraph">
              <wp:posOffset>-106387</wp:posOffset>
            </wp:positionV>
            <wp:extent cx="6285471" cy="996656"/>
            <wp:effectExtent l="0" t="0" r="127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5230" cy="99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D2DFB7" w14:textId="77777777" w:rsidR="00EE0335" w:rsidRPr="00380A2B" w:rsidRDefault="00EE0335" w:rsidP="007E42BF">
      <w:pPr>
        <w:rPr>
          <w:rFonts w:asciiTheme="majorBidi" w:hAnsiTheme="majorBidi" w:cstheme="majorBidi"/>
        </w:rPr>
      </w:pPr>
    </w:p>
    <w:p w14:paraId="6BDD292C" w14:textId="77777777" w:rsidR="007A665A" w:rsidRPr="00380A2B" w:rsidRDefault="007A665A" w:rsidP="007E42BF">
      <w:pPr>
        <w:rPr>
          <w:rFonts w:asciiTheme="majorBidi" w:hAnsiTheme="majorBidi" w:cstheme="majorBidi"/>
        </w:rPr>
      </w:pPr>
    </w:p>
    <w:p w14:paraId="1E8177F2" w14:textId="77777777" w:rsidR="00EE0335" w:rsidRPr="00380A2B" w:rsidRDefault="000B5755" w:rsidP="007E42BF">
      <w:pPr>
        <w:contextualSpacing/>
        <w:rPr>
          <w:rFonts w:asciiTheme="majorBidi" w:hAnsiTheme="majorBidi" w:cstheme="majorBidi"/>
        </w:rPr>
      </w:pPr>
      <w:r w:rsidRPr="00380A2B">
        <w:rPr>
          <w:rFonts w:asciiTheme="majorBidi" w:hAnsiTheme="majorBidi" w:cstheme="majorBidi"/>
        </w:rPr>
        <w:t xml:space="preserve">Lampiran </w:t>
      </w:r>
    </w:p>
    <w:p w14:paraId="67E3353C" w14:textId="53445ED9" w:rsidR="000B5755" w:rsidRPr="00380A2B" w:rsidRDefault="000B5755" w:rsidP="00F4617A">
      <w:pPr>
        <w:spacing w:after="0" w:line="24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380A2B">
        <w:rPr>
          <w:rFonts w:asciiTheme="majorBidi" w:hAnsiTheme="majorBidi" w:cstheme="majorBidi"/>
        </w:rPr>
        <w:t>Nomor</w:t>
      </w:r>
      <w:proofErr w:type="spellEnd"/>
      <w:r w:rsidRPr="00380A2B">
        <w:rPr>
          <w:rFonts w:asciiTheme="majorBidi" w:hAnsiTheme="majorBidi" w:cstheme="majorBidi"/>
        </w:rPr>
        <w:tab/>
      </w:r>
      <w:r w:rsidRPr="00380A2B">
        <w:rPr>
          <w:rFonts w:asciiTheme="majorBidi" w:hAnsiTheme="majorBidi" w:cstheme="majorBidi"/>
        </w:rPr>
        <w:tab/>
        <w:t xml:space="preserve">: </w:t>
      </w:r>
      <w:r w:rsidR="00F4617A" w:rsidRPr="00F4617A">
        <w:rPr>
          <w:rFonts w:asciiTheme="majorBidi" w:hAnsiTheme="majorBidi" w:cstheme="majorBidi"/>
          <w:sz w:val="24"/>
          <w:szCs w:val="24"/>
        </w:rPr>
        <w:t>0274/A.6.STAIAS/IX/2025</w:t>
      </w:r>
      <w:bookmarkStart w:id="0" w:name="_GoBack"/>
      <w:bookmarkEnd w:id="0"/>
    </w:p>
    <w:p w14:paraId="127E3317" w14:textId="4A96A7ED" w:rsidR="000B5755" w:rsidRPr="00814BD5" w:rsidRDefault="000B5755" w:rsidP="007E42BF">
      <w:pPr>
        <w:pStyle w:val="BodyText"/>
        <w:spacing w:before="1" w:after="0" w:line="240" w:lineRule="auto"/>
        <w:ind w:right="-22"/>
        <w:contextualSpacing/>
        <w:rPr>
          <w:rFonts w:asciiTheme="majorBidi" w:hAnsiTheme="majorBidi" w:cstheme="majorBidi"/>
          <w:w w:val="115"/>
          <w:sz w:val="24"/>
          <w:szCs w:val="24"/>
          <w:shd w:val="clear" w:color="auto" w:fill="FF0000"/>
        </w:rPr>
      </w:pPr>
      <w:proofErr w:type="spellStart"/>
      <w:r w:rsidRPr="00380A2B">
        <w:rPr>
          <w:rFonts w:asciiTheme="majorBidi" w:hAnsiTheme="majorBidi" w:cstheme="majorBidi"/>
        </w:rPr>
        <w:t>Tanggal</w:t>
      </w:r>
      <w:proofErr w:type="spellEnd"/>
      <w:r w:rsidRPr="00380A2B">
        <w:rPr>
          <w:rFonts w:asciiTheme="majorBidi" w:hAnsiTheme="majorBidi" w:cstheme="majorBidi"/>
        </w:rPr>
        <w:t xml:space="preserve"> </w:t>
      </w:r>
      <w:r w:rsidRPr="00380A2B">
        <w:rPr>
          <w:rFonts w:asciiTheme="majorBidi" w:hAnsiTheme="majorBidi" w:cstheme="majorBidi"/>
        </w:rPr>
        <w:tab/>
        <w:t xml:space="preserve">: </w:t>
      </w:r>
      <w:r w:rsidR="00AF659C" w:rsidRPr="00380A2B">
        <w:rPr>
          <w:rFonts w:asciiTheme="majorBidi" w:hAnsiTheme="majorBidi" w:cstheme="majorBidi"/>
          <w:w w:val="115"/>
          <w:sz w:val="24"/>
          <w:szCs w:val="24"/>
        </w:rPr>
        <w:t xml:space="preserve"> </w:t>
      </w:r>
      <w:r w:rsidR="007E42BF" w:rsidRPr="007E42BF">
        <w:rPr>
          <w:rFonts w:asciiTheme="majorBidi" w:hAnsiTheme="majorBidi" w:cstheme="majorBidi"/>
          <w:w w:val="115"/>
          <w:sz w:val="24"/>
          <w:szCs w:val="24"/>
        </w:rPr>
        <w:t>22</w:t>
      </w:r>
      <w:r w:rsidR="00AF659C" w:rsidRPr="007E42BF">
        <w:rPr>
          <w:rFonts w:asciiTheme="majorBidi" w:hAnsiTheme="majorBidi" w:cstheme="majorBidi"/>
          <w:w w:val="115"/>
          <w:sz w:val="24"/>
          <w:szCs w:val="24"/>
        </w:rPr>
        <w:t xml:space="preserve"> </w:t>
      </w:r>
      <w:r w:rsidR="007E42BF" w:rsidRPr="007E42BF">
        <w:rPr>
          <w:rFonts w:asciiTheme="majorBidi" w:hAnsiTheme="majorBidi" w:cstheme="majorBidi"/>
          <w:w w:val="115"/>
          <w:sz w:val="24"/>
          <w:szCs w:val="24"/>
        </w:rPr>
        <w:t>September</w:t>
      </w:r>
      <w:r w:rsidR="00AF659C" w:rsidRPr="007E42BF">
        <w:rPr>
          <w:rFonts w:asciiTheme="majorBidi" w:hAnsiTheme="majorBidi" w:cstheme="majorBidi"/>
          <w:w w:val="115"/>
          <w:sz w:val="24"/>
          <w:szCs w:val="24"/>
        </w:rPr>
        <w:t xml:space="preserve"> 2025</w:t>
      </w:r>
    </w:p>
    <w:p w14:paraId="0E7AA93D" w14:textId="306BA445" w:rsidR="000B5755" w:rsidRPr="00380A2B" w:rsidRDefault="000B5755" w:rsidP="007E42BF">
      <w:pPr>
        <w:spacing w:after="0" w:line="240" w:lineRule="auto"/>
        <w:contextualSpacing/>
        <w:rPr>
          <w:rFonts w:asciiTheme="majorBidi" w:hAnsiTheme="majorBidi" w:cstheme="majorBidi"/>
          <w:b/>
          <w:bCs/>
        </w:rPr>
      </w:pPr>
      <w:proofErr w:type="spellStart"/>
      <w:r w:rsidRPr="00380A2B">
        <w:rPr>
          <w:rFonts w:asciiTheme="majorBidi" w:hAnsiTheme="majorBidi" w:cstheme="majorBidi"/>
        </w:rPr>
        <w:t>Tentang</w:t>
      </w:r>
      <w:proofErr w:type="spellEnd"/>
      <w:r w:rsidRPr="00380A2B">
        <w:rPr>
          <w:rFonts w:asciiTheme="majorBidi" w:hAnsiTheme="majorBidi" w:cstheme="majorBidi"/>
        </w:rPr>
        <w:t xml:space="preserve"> </w:t>
      </w:r>
      <w:r w:rsidRPr="00380A2B">
        <w:rPr>
          <w:rFonts w:asciiTheme="majorBidi" w:hAnsiTheme="majorBidi" w:cstheme="majorBidi"/>
        </w:rPr>
        <w:tab/>
        <w:t xml:space="preserve">: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Penugasan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Mengajar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Dosen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Semester </w:t>
      </w:r>
      <w:proofErr w:type="spellStart"/>
      <w:r w:rsidR="006E3895">
        <w:rPr>
          <w:rFonts w:asciiTheme="majorBidi" w:hAnsiTheme="majorBidi" w:cstheme="majorBidi"/>
          <w:sz w:val="24"/>
          <w:szCs w:val="24"/>
        </w:rPr>
        <w:t>Genap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Tahun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Akademik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202</w:t>
      </w:r>
      <w:r w:rsidR="00AF659C" w:rsidRPr="00380A2B">
        <w:rPr>
          <w:rFonts w:asciiTheme="majorBidi" w:hAnsiTheme="majorBidi" w:cstheme="majorBidi"/>
          <w:sz w:val="24"/>
          <w:szCs w:val="24"/>
        </w:rPr>
        <w:t>5</w:t>
      </w:r>
      <w:r w:rsidRPr="00380A2B">
        <w:rPr>
          <w:rFonts w:asciiTheme="majorBidi" w:hAnsiTheme="majorBidi" w:cstheme="majorBidi"/>
          <w:sz w:val="24"/>
          <w:szCs w:val="24"/>
        </w:rPr>
        <w:t>/202</w:t>
      </w:r>
      <w:r w:rsidR="00AF659C" w:rsidRPr="00380A2B">
        <w:rPr>
          <w:rFonts w:asciiTheme="majorBidi" w:hAnsiTheme="majorBidi" w:cstheme="majorBidi"/>
          <w:sz w:val="24"/>
          <w:szCs w:val="24"/>
        </w:rPr>
        <w:t>6</w:t>
      </w:r>
      <w:r w:rsidRPr="00380A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12BB3F43" w14:textId="77777777" w:rsidR="007A665A" w:rsidRPr="00380A2B" w:rsidRDefault="007A665A" w:rsidP="007E42BF">
      <w:pPr>
        <w:spacing w:after="0" w:line="240" w:lineRule="auto"/>
        <w:contextualSpacing/>
        <w:rPr>
          <w:rFonts w:asciiTheme="majorBidi" w:hAnsiTheme="majorBidi" w:cstheme="majorBidi"/>
          <w:b/>
          <w:bCs/>
        </w:rPr>
      </w:pPr>
    </w:p>
    <w:p w14:paraId="3476A65C" w14:textId="253ECBAD" w:rsidR="000B5755" w:rsidRPr="00380A2B" w:rsidRDefault="000B5755" w:rsidP="007E42BF">
      <w:pPr>
        <w:spacing w:after="0"/>
        <w:contextualSpacing/>
        <w:jc w:val="center"/>
        <w:rPr>
          <w:rFonts w:asciiTheme="majorBidi" w:hAnsiTheme="majorBidi" w:cstheme="majorBidi"/>
          <w:b/>
          <w:bCs/>
        </w:rPr>
      </w:pPr>
      <w:r w:rsidRPr="00380A2B">
        <w:rPr>
          <w:rFonts w:asciiTheme="majorBidi" w:hAnsiTheme="majorBidi" w:cstheme="majorBidi"/>
          <w:b/>
          <w:bCs/>
        </w:rPr>
        <w:t xml:space="preserve">Nama –Nama </w:t>
      </w:r>
      <w:proofErr w:type="spellStart"/>
      <w:proofErr w:type="gramStart"/>
      <w:r w:rsidRPr="00380A2B">
        <w:rPr>
          <w:rFonts w:asciiTheme="majorBidi" w:hAnsiTheme="majorBidi" w:cstheme="majorBidi"/>
          <w:b/>
          <w:bCs/>
        </w:rPr>
        <w:t>Dosen</w:t>
      </w:r>
      <w:proofErr w:type="spellEnd"/>
      <w:r w:rsidRPr="00380A2B">
        <w:rPr>
          <w:rFonts w:asciiTheme="majorBidi" w:hAnsiTheme="majorBidi" w:cstheme="majorBidi"/>
          <w:b/>
          <w:bCs/>
        </w:rPr>
        <w:t xml:space="preserve">  </w:t>
      </w:r>
      <w:proofErr w:type="spellStart"/>
      <w:r w:rsidRPr="00380A2B">
        <w:rPr>
          <w:rFonts w:asciiTheme="majorBidi" w:hAnsiTheme="majorBidi" w:cstheme="majorBidi"/>
          <w:b/>
          <w:bCs/>
        </w:rPr>
        <w:t>Pengajar</w:t>
      </w:r>
      <w:proofErr w:type="spellEnd"/>
      <w:proofErr w:type="gramEnd"/>
      <w:r w:rsidRPr="00380A2B">
        <w:rPr>
          <w:rFonts w:asciiTheme="majorBidi" w:hAnsiTheme="majorBidi" w:cstheme="majorBidi"/>
          <w:b/>
          <w:bCs/>
        </w:rPr>
        <w:t xml:space="preserve">  Semester </w:t>
      </w:r>
      <w:proofErr w:type="spellStart"/>
      <w:r w:rsidR="006E3895">
        <w:rPr>
          <w:rFonts w:asciiTheme="majorBidi" w:hAnsiTheme="majorBidi" w:cstheme="majorBidi"/>
          <w:b/>
          <w:bCs/>
        </w:rPr>
        <w:t>Genap</w:t>
      </w:r>
      <w:proofErr w:type="spellEnd"/>
    </w:p>
    <w:p w14:paraId="46D8FA07" w14:textId="77777777" w:rsidR="000B5755" w:rsidRPr="00380A2B" w:rsidRDefault="000B5755" w:rsidP="007E42BF">
      <w:pPr>
        <w:spacing w:after="0"/>
        <w:contextualSpacing/>
        <w:jc w:val="center"/>
        <w:rPr>
          <w:rFonts w:asciiTheme="majorBidi" w:hAnsiTheme="majorBidi" w:cstheme="majorBidi"/>
          <w:b/>
          <w:bCs/>
        </w:rPr>
      </w:pPr>
      <w:r w:rsidRPr="00380A2B">
        <w:rPr>
          <w:rFonts w:asciiTheme="majorBidi" w:hAnsiTheme="majorBidi" w:cstheme="majorBidi"/>
          <w:b/>
          <w:bCs/>
        </w:rPr>
        <w:t xml:space="preserve">Di Sekolah Tinggi Agama Islam Ahmad </w:t>
      </w:r>
      <w:proofErr w:type="spellStart"/>
      <w:r w:rsidRPr="00380A2B">
        <w:rPr>
          <w:rFonts w:asciiTheme="majorBidi" w:hAnsiTheme="majorBidi" w:cstheme="majorBidi"/>
          <w:b/>
          <w:bCs/>
        </w:rPr>
        <w:t>Sibawayhie</w:t>
      </w:r>
      <w:proofErr w:type="spellEnd"/>
      <w:r w:rsidRPr="00380A2B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380A2B">
        <w:rPr>
          <w:rFonts w:asciiTheme="majorBidi" w:hAnsiTheme="majorBidi" w:cstheme="majorBidi"/>
          <w:b/>
          <w:bCs/>
        </w:rPr>
        <w:t>Situbondo</w:t>
      </w:r>
      <w:proofErr w:type="spellEnd"/>
    </w:p>
    <w:p w14:paraId="0CFCB9E2" w14:textId="151C2491" w:rsidR="007A665A" w:rsidRPr="00380A2B" w:rsidRDefault="000B5755" w:rsidP="007E42BF">
      <w:pPr>
        <w:spacing w:after="0"/>
        <w:contextualSpacing/>
        <w:jc w:val="center"/>
        <w:rPr>
          <w:rFonts w:asciiTheme="majorBidi" w:hAnsiTheme="majorBidi" w:cstheme="majorBidi"/>
          <w:b/>
          <w:bCs/>
        </w:rPr>
      </w:pPr>
      <w:proofErr w:type="spellStart"/>
      <w:r w:rsidRPr="00380A2B">
        <w:rPr>
          <w:rFonts w:asciiTheme="majorBidi" w:hAnsiTheme="majorBidi" w:cstheme="majorBidi"/>
          <w:b/>
          <w:bCs/>
        </w:rPr>
        <w:t>Tahun</w:t>
      </w:r>
      <w:proofErr w:type="spellEnd"/>
      <w:r w:rsidRPr="00380A2B">
        <w:rPr>
          <w:rFonts w:asciiTheme="majorBidi" w:hAnsiTheme="majorBidi" w:cstheme="majorBidi"/>
          <w:b/>
          <w:bCs/>
        </w:rPr>
        <w:t xml:space="preserve"> </w:t>
      </w:r>
      <w:proofErr w:type="spellStart"/>
      <w:proofErr w:type="gramStart"/>
      <w:r w:rsidRPr="00380A2B">
        <w:rPr>
          <w:rFonts w:asciiTheme="majorBidi" w:hAnsiTheme="majorBidi" w:cstheme="majorBidi"/>
          <w:b/>
          <w:bCs/>
        </w:rPr>
        <w:t>Akademik</w:t>
      </w:r>
      <w:proofErr w:type="spellEnd"/>
      <w:r w:rsidRPr="00380A2B">
        <w:rPr>
          <w:rFonts w:asciiTheme="majorBidi" w:hAnsiTheme="majorBidi" w:cstheme="majorBidi"/>
          <w:b/>
          <w:bCs/>
        </w:rPr>
        <w:t xml:space="preserve"> :</w:t>
      </w:r>
      <w:proofErr w:type="gramEnd"/>
      <w:r w:rsidRPr="00380A2B">
        <w:rPr>
          <w:rFonts w:asciiTheme="majorBidi" w:hAnsiTheme="majorBidi" w:cstheme="majorBidi"/>
          <w:b/>
          <w:bCs/>
        </w:rPr>
        <w:t xml:space="preserve"> 202</w:t>
      </w:r>
      <w:r w:rsidR="00AF659C" w:rsidRPr="00380A2B">
        <w:rPr>
          <w:rFonts w:asciiTheme="majorBidi" w:hAnsiTheme="majorBidi" w:cstheme="majorBidi"/>
          <w:b/>
          <w:bCs/>
        </w:rPr>
        <w:t>5</w:t>
      </w:r>
      <w:r w:rsidRPr="00380A2B">
        <w:rPr>
          <w:rFonts w:asciiTheme="majorBidi" w:hAnsiTheme="majorBidi" w:cstheme="majorBidi"/>
          <w:b/>
          <w:bCs/>
        </w:rPr>
        <w:t>/202</w:t>
      </w:r>
      <w:r w:rsidR="00AF659C" w:rsidRPr="00380A2B">
        <w:rPr>
          <w:rFonts w:asciiTheme="majorBidi" w:hAnsiTheme="majorBidi" w:cstheme="majorBidi"/>
          <w:b/>
          <w:bCs/>
        </w:rPr>
        <w:t>6</w:t>
      </w:r>
    </w:p>
    <w:p w14:paraId="2D6C55AC" w14:textId="579BBBA2" w:rsidR="003716AF" w:rsidRDefault="003716AF" w:rsidP="007E42BF">
      <w:pPr>
        <w:spacing w:after="0" w:line="240" w:lineRule="auto"/>
        <w:contextualSpacing/>
        <w:rPr>
          <w:rFonts w:asciiTheme="majorBidi" w:hAnsiTheme="majorBidi" w:cstheme="majorBidi"/>
          <w:color w:val="0F0F0F"/>
          <w:w w:val="115"/>
          <w:sz w:val="24"/>
          <w:szCs w:val="24"/>
        </w:rPr>
      </w:pPr>
    </w:p>
    <w:tbl>
      <w:tblPr>
        <w:tblW w:w="10490" w:type="dxa"/>
        <w:tblInd w:w="108" w:type="dxa"/>
        <w:tblLook w:val="04A0" w:firstRow="1" w:lastRow="0" w:firstColumn="1" w:lastColumn="0" w:noHBand="0" w:noVBand="1"/>
      </w:tblPr>
      <w:tblGrid>
        <w:gridCol w:w="546"/>
        <w:gridCol w:w="2431"/>
        <w:gridCol w:w="1843"/>
        <w:gridCol w:w="2977"/>
        <w:gridCol w:w="1140"/>
        <w:gridCol w:w="632"/>
        <w:gridCol w:w="1170"/>
      </w:tblGrid>
      <w:tr w:rsidR="006E3895" w:rsidRPr="006E3895" w14:paraId="16802445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ED8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</w:t>
            </w:r>
          </w:p>
        </w:tc>
        <w:tc>
          <w:tcPr>
            <w:tcW w:w="243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AB567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NAMA DOSEN 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DD8BA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JABATAN</w:t>
            </w:r>
          </w:p>
        </w:tc>
        <w:tc>
          <w:tcPr>
            <w:tcW w:w="297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4D2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MATA KULIAH 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F69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Jurusan</w:t>
            </w:r>
            <w:proofErr w:type="spellEnd"/>
          </w:p>
        </w:tc>
        <w:tc>
          <w:tcPr>
            <w:tcW w:w="63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F74E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SKS</w:t>
            </w:r>
          </w:p>
        </w:tc>
        <w:tc>
          <w:tcPr>
            <w:tcW w:w="92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4229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JUMLAH SKS</w:t>
            </w:r>
          </w:p>
        </w:tc>
      </w:tr>
      <w:tr w:rsidR="006E3895" w:rsidRPr="006E3895" w14:paraId="75AD33E9" w14:textId="77777777" w:rsidTr="006E3895">
        <w:trPr>
          <w:trHeight w:val="315"/>
        </w:trPr>
        <w:tc>
          <w:tcPr>
            <w:tcW w:w="5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FC38F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3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233E85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222A6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97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C203E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C3B70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Semseter</w:t>
            </w:r>
            <w:proofErr w:type="spellEnd"/>
          </w:p>
        </w:tc>
        <w:tc>
          <w:tcPr>
            <w:tcW w:w="63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2109F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2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87E6C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6E3895" w:rsidRPr="006E3895" w14:paraId="01D142BF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66C3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F6B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H. Abdul Fatah,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Lc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. M.SEI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4CD4E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STAIAS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08B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Wisata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Syari'ah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C5D73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9E01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7A27B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6E3895" w:rsidRPr="006E3895" w14:paraId="4F50C13E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A48D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852F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2D04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F14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Pesantren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D88B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5AC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35141A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25192CA0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240F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3FF1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Samsul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Arifin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E7670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Wakil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 STAIAS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2996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Manajemen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Pendidikan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Islam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3E1DA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 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C557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6A372" w14:textId="794AC92D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6E3895" w:rsidRPr="006E3895" w14:paraId="4434CF7D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1B24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1BB9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7641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333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Metodologi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Penelitian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Kuantatif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3219" w14:textId="0CFB1F28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 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CB9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0CF1A6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1B209659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8C1B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CFC2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30AA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BE33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Metodologi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Penelitian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59D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 / 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9B6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595491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6DABEA98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49C4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B9E9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EED8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220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Filsafat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1238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ECF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D3ECF8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E42BF" w:rsidRPr="006E3895" w14:paraId="7D6D742A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BBEE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9D4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Qurrotul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Aini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S.S.,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M.Li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DA4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Wakil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II STAIAS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16FF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Bahasa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Inggris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17F8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6DA67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5724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7E42BF" w:rsidRPr="006E3895" w14:paraId="4D33DDEA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E6AD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49BA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3693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9761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Psikolinguistik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4593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C09E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B1A5B7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E42BF" w:rsidRPr="006E3895" w14:paraId="46B667B6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5333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DE8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5282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453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Etika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dan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Profesi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Keguruan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36E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C39B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EDF471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E42BF" w:rsidRPr="006E3895" w14:paraId="2C87EF18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99B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6F13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004B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1127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Kewirausahaan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CF2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DD62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74E290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641708DF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3C7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804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Ridwan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Efendi,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AB07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Wakil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III STAIAS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46B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Perilaku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Organisasi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656C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671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E6E37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7E42BF" w:rsidRPr="006E3895" w14:paraId="5584210A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C4B7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923F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5E35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E8EF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Filsafat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Ilmu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7857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4B57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4A6291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310643B9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45ED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2325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Nur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Muhammad,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S.Pd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., M.E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91AA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KA. Prodi 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8AA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Mikro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7CFC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C248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2DB5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6E3895" w:rsidRPr="006E3895" w14:paraId="75CAEFCC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0DED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2F75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7194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252E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Manajemen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Pemasaran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Syari'ah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316A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9AB83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6F5911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38A334F6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4EE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6066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07B6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A098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Kreatif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CA9A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5B0B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5AF7EE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457701E8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3962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7A9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Rosyidatul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Khoiriyah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CD3D0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KA. Prodi PBA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6AE0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Ilmu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Ma'ani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FA3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00E57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2F61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7E42BF" w:rsidRPr="006E3895" w14:paraId="131B87EA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F46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BF19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F610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B3475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Nahwu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50E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4BD6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7F3128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166C39B5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9DA9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2AA9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7C7C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8CA3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Maharah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Kitabah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88A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F8B73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045878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345EEEA1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E801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3BF3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AFC1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6D6A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Terjemah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590A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EAD3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49F752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1EAC3E73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619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D1A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M.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Munir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, M.E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465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KA. LPM STAIAS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C554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Makro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1139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2633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BB620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6E3895" w:rsidRPr="006E3895" w14:paraId="059643F9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4731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FB40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A9B1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37F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Industri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CCA10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A9E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6D2871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6E142F26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A523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1E38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16A5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A227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Perdegangan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Internasional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F1F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B74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E7A8A2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61C8371F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1AB3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2DBF7" w14:textId="2FA38E64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M.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Kurma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Nur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Faifatur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R,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4AE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LPM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48C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Pengantar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Studi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Islam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DC9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FBF6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EF34A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6E3895" w:rsidRPr="006E3895" w14:paraId="3BF0A440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786E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F930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7589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80C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Sejarah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Peradaban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Islam  Nusantara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F5007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DC83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D972EF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7A32ACFA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9F6C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D0DB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485D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765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Elearning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Pembelajaran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Bahasa Arab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07F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5A42B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AB7D9F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4B9D9FAA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2EC9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CA0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Sri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Yuniati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, S.E., M.E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617D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LPM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E232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Akuntasi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Syari'ah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8171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9B6FA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D597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6E3895" w:rsidRPr="006E3895" w14:paraId="18865774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3258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2C38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3905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6CC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Manajemen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Resiko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Syari'ah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F24EE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8F4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CBEA32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2949DBE3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5C4C5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AAC4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0239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2451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Pengantar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Bisnis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Islam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1C9D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91D5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9B67F9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60782D91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5C00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718E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M.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Kholil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Baidawi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S.HM,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26860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LPM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AEF4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Studi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Hadist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A972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50ED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6B12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E3895" w:rsidRPr="006E3895" w14:paraId="7E0C6B9F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8F72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F81F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8D97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493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Bahasa Arab II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441B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8F1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BD3F93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00159C37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9BF4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AEA44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Imam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Baihaki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, S.E., M.H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21B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Ketua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LP2M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D7D9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Sejarah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Pemikiran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Islam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141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9BBB3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28E9A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6E3895" w:rsidRPr="006E3895" w14:paraId="1B58D510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69D9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922E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D702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47FD5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Etika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Bisnis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Islam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8C4E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9AEE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F8F666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47727B7C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2978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B481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A845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39E2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Fiqih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Muamalah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050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710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9EBD5B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078C0F45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321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77C3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Nafisah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Fuadah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5499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LP2M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4BFC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Micro Teaching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2FA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E4E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280D1E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6E3895" w:rsidRPr="006E3895" w14:paraId="4C73251B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2759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65CE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5E59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11D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Maharah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Qira'ah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8D3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 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4E5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4EE7E6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55D8E6B8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35CC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BA56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40E3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4D7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Nahwu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III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FD27B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 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830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CD0EB1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5A5E39BE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F9B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37EE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Muhammad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Imron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932C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LP2M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A64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Maharah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Istima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' II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DAAA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4776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6C8B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6E3895" w:rsidRPr="006E3895" w14:paraId="19C9648B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A092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D58C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2EA9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3E3C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Pengembangan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Kurikulum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Bahasa Arab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35C6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E09F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BE0CA9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77FE0759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2DFD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2A6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E9AB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5A1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Pengembangan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Bahan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Ajar  Bhs. Arab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9B30B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 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6778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7D52BC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61926976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CE42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9B21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Badrus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Zaman,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005A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Anggota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LP2M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77628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Maharah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Kalam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CA0F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 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112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A93BB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E3895" w:rsidRPr="006E3895" w14:paraId="49E33D1A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4CFB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1CFB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A5B5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443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Ilmu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Al-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Badi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'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E3F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2592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923B4F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40A2584C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BFD9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657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Himmay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Zahrotul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M,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S.Sos</w:t>
            </w:r>
            <w:proofErr w:type="spellEnd"/>
            <w:proofErr w:type="gram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,.</w:t>
            </w:r>
            <w:proofErr w:type="gram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M.Si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04C2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C69D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Bimbingan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dan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Konseling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13E1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D60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A336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E3895" w:rsidRPr="006E3895" w14:paraId="7C204B9B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234B3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C8FB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3484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7FCD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Psikologi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Pendidikan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ACCE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34767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B872EE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74DA2F19" w14:textId="77777777" w:rsidTr="006E3895">
        <w:trPr>
          <w:trHeight w:val="300"/>
        </w:trPr>
        <w:tc>
          <w:tcPr>
            <w:tcW w:w="5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16FC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9B927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Moh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Najibburrahman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, M.H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0C5E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4828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Kaidah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Fiqih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193C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ES/IV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D51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1BC1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E3895" w:rsidRPr="006E3895" w14:paraId="3D7DE942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DC35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D145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Nur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Faizah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2431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Ka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Perpustakaan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518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Analisis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Bhs Arab (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Konstrastif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&amp;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Kesalahan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81A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 / 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3134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6880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E3895" w:rsidRPr="006E3895" w14:paraId="16679A10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A6BF5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C6DD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DE6A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5AA6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Shina'atul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Ma'ajim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7B55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4CF2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2FBF16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74399096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156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0D1A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Nuri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Ma'rifatul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Laily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, M.E.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B5B8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28BD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Sosiologi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Ekonomi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0D2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24F2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3D39A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6E3895" w:rsidRPr="006E3895" w14:paraId="4015E48F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CBBE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299F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95FE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15CE9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Islamic Public Finance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64CC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ES/VI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D65E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0BB64C6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70481413" w14:textId="77777777" w:rsidTr="006E3895">
        <w:trPr>
          <w:trHeight w:val="300"/>
        </w:trPr>
        <w:tc>
          <w:tcPr>
            <w:tcW w:w="5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E199E" w14:textId="6AA23AD2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989CF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Kurnaidi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881A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280A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Pengantar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Ilmu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Pend. Islam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EDEE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A72BB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01A9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E3895" w:rsidRPr="006E3895" w14:paraId="644B2643" w14:textId="77777777" w:rsidTr="006E3895">
        <w:trPr>
          <w:trHeight w:val="300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7103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4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613BB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Imron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Fauzi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S.HI.,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M.Pd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FA92D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FEB0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Akhlaq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Tasawuf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C698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90D60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2F199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E3895" w:rsidRPr="006E3895" w14:paraId="5EA908E2" w14:textId="77777777" w:rsidTr="006E3895">
        <w:trPr>
          <w:trHeight w:val="300"/>
        </w:trPr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7D49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2C505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D44CE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5739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Ilmu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Al-Qur'an Dan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Hadist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F6EA0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ES/II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A7A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77355A2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E3895" w:rsidRPr="006E3895" w14:paraId="7264E064" w14:textId="77777777" w:rsidTr="006E3895">
        <w:trPr>
          <w:trHeight w:val="315"/>
        </w:trPr>
        <w:tc>
          <w:tcPr>
            <w:tcW w:w="5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A88F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D435B" w14:textId="2A6701C5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Sunarji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S.Pd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., M.M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D9F86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Dosen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DAAA1" w14:textId="77777777" w:rsidR="006E3895" w:rsidRPr="006E3895" w:rsidRDefault="006E3895" w:rsidP="007E42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>Shorrof</w:t>
            </w:r>
            <w:proofErr w:type="spellEnd"/>
            <w:r w:rsidRPr="006E3895">
              <w:rPr>
                <w:rFonts w:ascii="Times New Roman" w:eastAsia="Times New Roman" w:hAnsi="Times New Roman" w:cs="Times New Roman"/>
                <w:color w:val="000000"/>
              </w:rPr>
              <w:t xml:space="preserve"> I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A463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PBA/ II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4D82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C46CC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E3895" w:rsidRPr="006E3895" w14:paraId="52435CD2" w14:textId="77777777" w:rsidTr="006E3895">
        <w:trPr>
          <w:trHeight w:val="315"/>
        </w:trPr>
        <w:tc>
          <w:tcPr>
            <w:tcW w:w="893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145D4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JUMLAH  SKS</w:t>
            </w:r>
          </w:p>
        </w:tc>
        <w:tc>
          <w:tcPr>
            <w:tcW w:w="6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0A645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746C8" w14:textId="77777777" w:rsidR="006E3895" w:rsidRPr="006E3895" w:rsidRDefault="006E3895" w:rsidP="007E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3895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</w:tr>
    </w:tbl>
    <w:p w14:paraId="0209A571" w14:textId="4CA50C49" w:rsidR="00380A2B" w:rsidRPr="00380A2B" w:rsidRDefault="006E3895" w:rsidP="007E42BF">
      <w:pPr>
        <w:spacing w:after="0" w:line="240" w:lineRule="auto"/>
        <w:contextualSpacing/>
        <w:rPr>
          <w:rFonts w:asciiTheme="majorBidi" w:hAnsiTheme="majorBidi" w:cstheme="majorBidi"/>
          <w:color w:val="0F0F0F"/>
          <w:w w:val="115"/>
          <w:sz w:val="24"/>
          <w:szCs w:val="24"/>
        </w:rPr>
      </w:pPr>
      <w:r w:rsidRPr="00380A2B"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9264" behindDoc="0" locked="0" layoutInCell="1" allowOverlap="1" wp14:anchorId="56D9E068" wp14:editId="6E285163">
            <wp:simplePos x="0" y="0"/>
            <wp:positionH relativeFrom="column">
              <wp:posOffset>2762250</wp:posOffset>
            </wp:positionH>
            <wp:positionV relativeFrom="paragraph">
              <wp:posOffset>-40005</wp:posOffset>
            </wp:positionV>
            <wp:extent cx="2042160" cy="2042160"/>
            <wp:effectExtent l="0" t="0" r="0" b="0"/>
            <wp:wrapNone/>
            <wp:docPr id="6" name="Picture 6" descr="C:\Users\Administrator\Downloads\20211018_100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20211018_10011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400000"/>
                              </a14:imgEffect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1F6D95" w14:textId="1806818F" w:rsidR="007A665A" w:rsidRPr="00380A2B" w:rsidRDefault="007A665A" w:rsidP="007E42BF">
      <w:pPr>
        <w:spacing w:after="0" w:line="240" w:lineRule="auto"/>
        <w:ind w:left="5517" w:firstLine="720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380A2B">
        <w:rPr>
          <w:rFonts w:asciiTheme="majorBidi" w:hAnsiTheme="majorBidi" w:cstheme="majorBidi"/>
          <w:color w:val="0F0F0F"/>
          <w:w w:val="115"/>
          <w:sz w:val="24"/>
          <w:szCs w:val="24"/>
        </w:rPr>
        <w:t>Ditetapkan</w:t>
      </w:r>
      <w:proofErr w:type="spellEnd"/>
      <w:r w:rsidRPr="00380A2B">
        <w:rPr>
          <w:rFonts w:asciiTheme="majorBidi" w:hAnsiTheme="majorBidi" w:cstheme="majorBidi"/>
          <w:color w:val="0F0F0F"/>
          <w:w w:val="115"/>
          <w:sz w:val="24"/>
          <w:szCs w:val="24"/>
        </w:rPr>
        <w:t xml:space="preserve"> </w:t>
      </w:r>
      <w:r w:rsidRPr="00380A2B">
        <w:rPr>
          <w:rFonts w:asciiTheme="majorBidi" w:hAnsiTheme="majorBidi" w:cstheme="majorBidi"/>
          <w:color w:val="0C0C0C"/>
          <w:w w:val="115"/>
          <w:sz w:val="24"/>
          <w:szCs w:val="24"/>
        </w:rPr>
        <w:t xml:space="preserve">di </w:t>
      </w:r>
      <w:proofErr w:type="spellStart"/>
      <w:r w:rsidRPr="00380A2B">
        <w:rPr>
          <w:rFonts w:asciiTheme="majorBidi" w:hAnsiTheme="majorBidi" w:cstheme="majorBidi"/>
          <w:w w:val="115"/>
          <w:sz w:val="24"/>
          <w:szCs w:val="24"/>
        </w:rPr>
        <w:t>Besuki</w:t>
      </w:r>
      <w:proofErr w:type="spellEnd"/>
    </w:p>
    <w:p w14:paraId="40BBB0E7" w14:textId="12E3C2B2" w:rsidR="007A665A" w:rsidRPr="00380A2B" w:rsidRDefault="006E3895" w:rsidP="007E42BF">
      <w:pPr>
        <w:pStyle w:val="BodyText"/>
        <w:spacing w:before="1" w:line="240" w:lineRule="auto"/>
        <w:ind w:left="6237" w:right="-22"/>
        <w:contextualSpacing/>
        <w:rPr>
          <w:rFonts w:asciiTheme="majorBidi" w:hAnsiTheme="majorBidi" w:cstheme="majorBidi"/>
          <w:w w:val="115"/>
          <w:sz w:val="24"/>
          <w:szCs w:val="24"/>
        </w:rPr>
      </w:pPr>
      <w:r w:rsidRPr="00380A2B">
        <w:rPr>
          <w:rFonts w:asciiTheme="majorBidi" w:hAnsiTheme="majorBidi" w:cstheme="majorBidi"/>
          <w:noProof/>
        </w:rPr>
        <w:drawing>
          <wp:anchor distT="0" distB="0" distL="114300" distR="114300" simplePos="0" relativeHeight="251651072" behindDoc="0" locked="0" layoutInCell="1" allowOverlap="1" wp14:anchorId="43B9244F" wp14:editId="406A610C">
            <wp:simplePos x="0" y="0"/>
            <wp:positionH relativeFrom="column">
              <wp:posOffset>4141948</wp:posOffset>
            </wp:positionH>
            <wp:positionV relativeFrom="paragraph">
              <wp:posOffset>209072</wp:posOffset>
            </wp:positionV>
            <wp:extent cx="1045845" cy="1250635"/>
            <wp:effectExtent l="0" t="6985" r="0" b="0"/>
            <wp:wrapNone/>
            <wp:docPr id="5" name="Picture 5" descr="C:\Users\Administrator\Downloads\WhatsApp_Image_2025-08-09_at_10.33.00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wnloads\WhatsApp_Image_2025-08-09_at_10.33.00-removebg-preview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160" r="28268" b="24810"/>
                    <a:stretch/>
                  </pic:blipFill>
                  <pic:spPr bwMode="auto">
                    <a:xfrm rot="16200000">
                      <a:off x="0" y="0"/>
                      <a:ext cx="1045845" cy="125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="007A665A" w:rsidRPr="00380A2B">
        <w:rPr>
          <w:rFonts w:asciiTheme="majorBidi" w:hAnsiTheme="majorBidi" w:cstheme="majorBidi"/>
          <w:color w:val="0E0E0E"/>
          <w:w w:val="115"/>
          <w:sz w:val="24"/>
          <w:szCs w:val="24"/>
        </w:rPr>
        <w:t>pada</w:t>
      </w:r>
      <w:proofErr w:type="spellEnd"/>
      <w:proofErr w:type="gramEnd"/>
      <w:r w:rsidR="007A665A" w:rsidRPr="00380A2B">
        <w:rPr>
          <w:rFonts w:asciiTheme="majorBidi" w:hAnsiTheme="majorBidi" w:cstheme="majorBidi"/>
          <w:color w:val="0E0E0E"/>
          <w:w w:val="115"/>
          <w:sz w:val="24"/>
          <w:szCs w:val="24"/>
        </w:rPr>
        <w:t xml:space="preserve"> </w:t>
      </w:r>
      <w:proofErr w:type="spellStart"/>
      <w:r w:rsidR="007A665A" w:rsidRPr="00380A2B">
        <w:rPr>
          <w:rFonts w:asciiTheme="majorBidi" w:hAnsiTheme="majorBidi" w:cstheme="majorBidi"/>
          <w:w w:val="115"/>
          <w:sz w:val="24"/>
          <w:szCs w:val="24"/>
        </w:rPr>
        <w:t>tanggal</w:t>
      </w:r>
      <w:proofErr w:type="spellEnd"/>
      <w:r w:rsidR="007A665A" w:rsidRPr="00380A2B">
        <w:rPr>
          <w:rFonts w:asciiTheme="majorBidi" w:hAnsiTheme="majorBidi" w:cstheme="majorBidi"/>
          <w:w w:val="115"/>
          <w:sz w:val="24"/>
          <w:szCs w:val="24"/>
        </w:rPr>
        <w:t xml:space="preserve"> </w:t>
      </w:r>
      <w:r w:rsidR="007E42BF" w:rsidRPr="007E42BF">
        <w:rPr>
          <w:rFonts w:asciiTheme="majorBidi" w:hAnsiTheme="majorBidi" w:cstheme="majorBidi"/>
          <w:w w:val="115"/>
          <w:sz w:val="24"/>
          <w:szCs w:val="24"/>
        </w:rPr>
        <w:t>22 September 2025</w:t>
      </w:r>
    </w:p>
    <w:p w14:paraId="3A300CC1" w14:textId="247F9323" w:rsidR="007A665A" w:rsidRPr="00380A2B" w:rsidRDefault="007A665A" w:rsidP="007E42BF">
      <w:pPr>
        <w:spacing w:line="240" w:lineRule="auto"/>
        <w:ind w:left="6237" w:right="-22"/>
        <w:contextualSpacing/>
        <w:rPr>
          <w:rFonts w:asciiTheme="majorBidi" w:hAnsiTheme="majorBidi" w:cstheme="majorBidi"/>
          <w:sz w:val="24"/>
          <w:szCs w:val="24"/>
        </w:rPr>
      </w:pPr>
      <w:r w:rsidRPr="00380A2B">
        <w:rPr>
          <w:rFonts w:asciiTheme="majorBidi" w:hAnsiTheme="majorBidi" w:cstheme="majorBidi"/>
          <w:sz w:val="24"/>
          <w:szCs w:val="24"/>
        </w:rPr>
        <w:t xml:space="preserve">Wakil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Ketua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380A2B">
        <w:rPr>
          <w:rFonts w:asciiTheme="majorBidi" w:hAnsiTheme="majorBidi" w:cstheme="majorBidi"/>
          <w:sz w:val="24"/>
          <w:szCs w:val="24"/>
        </w:rPr>
        <w:t>I  (</w:t>
      </w:r>
      <w:proofErr w:type="gramEnd"/>
      <w:r w:rsidRPr="00380A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80A2B">
        <w:rPr>
          <w:rFonts w:asciiTheme="majorBidi" w:hAnsiTheme="majorBidi" w:cstheme="majorBidi"/>
          <w:sz w:val="24"/>
          <w:szCs w:val="24"/>
        </w:rPr>
        <w:t>Bidang</w:t>
      </w:r>
      <w:proofErr w:type="spellEnd"/>
      <w:r w:rsidRPr="00380A2B">
        <w:rPr>
          <w:rFonts w:asciiTheme="majorBidi" w:hAnsiTheme="majorBidi" w:cstheme="majorBidi"/>
          <w:sz w:val="24"/>
          <w:szCs w:val="24"/>
        </w:rPr>
        <w:t xml:space="preserve"> Akademik)</w:t>
      </w:r>
    </w:p>
    <w:p w14:paraId="60662AF1" w14:textId="77777777" w:rsidR="003716AF" w:rsidRPr="00380A2B" w:rsidRDefault="003716AF" w:rsidP="007E42BF">
      <w:pPr>
        <w:spacing w:line="228" w:lineRule="auto"/>
        <w:ind w:right="-22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A8A4FCB" w14:textId="77777777" w:rsidR="003716AF" w:rsidRPr="00380A2B" w:rsidRDefault="003716AF" w:rsidP="007E42BF">
      <w:pPr>
        <w:spacing w:line="228" w:lineRule="auto"/>
        <w:ind w:right="-22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3723FC55" w14:textId="77777777" w:rsidR="007A665A" w:rsidRPr="00380A2B" w:rsidRDefault="007A665A" w:rsidP="007E42BF">
      <w:pPr>
        <w:spacing w:line="228" w:lineRule="auto"/>
        <w:ind w:left="5517" w:right="-23" w:firstLine="720"/>
        <w:contextualSpacing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Dr. </w:t>
      </w:r>
      <w:proofErr w:type="spellStart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>Samsul</w:t>
      </w:r>
      <w:proofErr w:type="spellEnd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proofErr w:type="spellStart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>Arifin</w:t>
      </w:r>
      <w:proofErr w:type="spellEnd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, </w:t>
      </w:r>
      <w:proofErr w:type="spellStart"/>
      <w:r w:rsidRPr="00380A2B">
        <w:rPr>
          <w:rFonts w:asciiTheme="majorBidi" w:hAnsiTheme="majorBidi" w:cstheme="majorBidi"/>
          <w:b/>
          <w:bCs/>
          <w:sz w:val="24"/>
          <w:szCs w:val="24"/>
          <w:u w:val="single"/>
        </w:rPr>
        <w:t>M.Pd</w:t>
      </w:r>
      <w:proofErr w:type="spellEnd"/>
    </w:p>
    <w:p w14:paraId="7A941DB2" w14:textId="77777777" w:rsidR="007A665A" w:rsidRPr="00380A2B" w:rsidRDefault="007A665A" w:rsidP="007E42BF">
      <w:pPr>
        <w:spacing w:line="228" w:lineRule="auto"/>
        <w:ind w:left="5517" w:right="-22" w:firstLine="720"/>
        <w:rPr>
          <w:rFonts w:asciiTheme="majorBidi" w:hAnsiTheme="majorBidi" w:cstheme="majorBidi"/>
          <w:b/>
          <w:bCs/>
          <w:sz w:val="24"/>
          <w:szCs w:val="24"/>
        </w:rPr>
      </w:pPr>
      <w:r w:rsidRPr="00380A2B">
        <w:rPr>
          <w:rFonts w:asciiTheme="majorBidi" w:hAnsiTheme="majorBidi" w:cstheme="majorBidi"/>
          <w:b/>
          <w:bCs/>
          <w:sz w:val="24"/>
          <w:szCs w:val="24"/>
        </w:rPr>
        <w:t>NIDN. 2110129104</w:t>
      </w:r>
      <w:r w:rsidRPr="00380A2B">
        <w:rPr>
          <w:rFonts w:asciiTheme="majorBidi" w:hAnsiTheme="majorBidi" w:cstheme="majorBidi"/>
        </w:rPr>
        <w:br/>
      </w:r>
    </w:p>
    <w:sectPr w:rsidR="007A665A" w:rsidRPr="00380A2B" w:rsidSect="003716AF">
      <w:pgSz w:w="12240" w:h="15840" w:code="1"/>
      <w:pgMar w:top="90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2007"/>
        </w:tabs>
        <w:ind w:left="2007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C4976EE"/>
    <w:multiLevelType w:val="hybridMultilevel"/>
    <w:tmpl w:val="D686692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AA0EF1"/>
    <w:multiLevelType w:val="hybridMultilevel"/>
    <w:tmpl w:val="D686692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C2332"/>
    <w:multiLevelType w:val="hybridMultilevel"/>
    <w:tmpl w:val="3544D6E4"/>
    <w:lvl w:ilvl="0" w:tplc="6A68AB2E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084746"/>
    <w:multiLevelType w:val="multilevel"/>
    <w:tmpl w:val="3808474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C0661E"/>
    <w:multiLevelType w:val="multilevel"/>
    <w:tmpl w:val="C9E03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0047EB6"/>
    <w:multiLevelType w:val="multilevel"/>
    <w:tmpl w:val="50047E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2"/>
  </w:num>
  <w:num w:numId="11">
    <w:abstractNumId w:val="11"/>
  </w:num>
  <w:num w:numId="12">
    <w:abstractNumId w:val="14"/>
  </w:num>
  <w:num w:numId="13">
    <w:abstractNumId w:val="9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424"/>
    <w:rsid w:val="0006063C"/>
    <w:rsid w:val="0009560C"/>
    <w:rsid w:val="000B5755"/>
    <w:rsid w:val="00143EC1"/>
    <w:rsid w:val="00144A51"/>
    <w:rsid w:val="0015074B"/>
    <w:rsid w:val="0029639D"/>
    <w:rsid w:val="002A3086"/>
    <w:rsid w:val="002F40CF"/>
    <w:rsid w:val="00326F90"/>
    <w:rsid w:val="00340977"/>
    <w:rsid w:val="003716AF"/>
    <w:rsid w:val="00380A2B"/>
    <w:rsid w:val="00397E62"/>
    <w:rsid w:val="003C2737"/>
    <w:rsid w:val="00406509"/>
    <w:rsid w:val="004B1F8B"/>
    <w:rsid w:val="005271B7"/>
    <w:rsid w:val="005C47B1"/>
    <w:rsid w:val="005E03FF"/>
    <w:rsid w:val="005E286C"/>
    <w:rsid w:val="005F5A4E"/>
    <w:rsid w:val="00643496"/>
    <w:rsid w:val="00644524"/>
    <w:rsid w:val="006E3895"/>
    <w:rsid w:val="006F0449"/>
    <w:rsid w:val="00797505"/>
    <w:rsid w:val="007A665A"/>
    <w:rsid w:val="007E42BF"/>
    <w:rsid w:val="00814BD5"/>
    <w:rsid w:val="00A31980"/>
    <w:rsid w:val="00AA1D8D"/>
    <w:rsid w:val="00AE068B"/>
    <w:rsid w:val="00AF659C"/>
    <w:rsid w:val="00B47730"/>
    <w:rsid w:val="00BF1247"/>
    <w:rsid w:val="00C372BD"/>
    <w:rsid w:val="00CB0664"/>
    <w:rsid w:val="00DF31AF"/>
    <w:rsid w:val="00E02A69"/>
    <w:rsid w:val="00E37144"/>
    <w:rsid w:val="00EE0335"/>
    <w:rsid w:val="00F4617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5FC4D3"/>
  <w14:defaultImageDpi w14:val="300"/>
  <w15:docId w15:val="{432AB321-7077-4BE3-98D7-1265CA61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qFormat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E0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33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F3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63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0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51DA4B-FAD4-4C6A-84A5-39C087295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4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muhammad zubairi</cp:lastModifiedBy>
  <cp:revision>17</cp:revision>
  <dcterms:created xsi:type="dcterms:W3CDTF">2013-12-23T23:15:00Z</dcterms:created>
  <dcterms:modified xsi:type="dcterms:W3CDTF">2026-05-12T04:47:00Z</dcterms:modified>
  <cp:category/>
</cp:coreProperties>
</file>