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BFAC2" w14:textId="77777777" w:rsidR="00797505" w:rsidRDefault="002F40CF">
      <w:r>
        <w:rPr>
          <w:noProof/>
        </w:rPr>
        <w:drawing>
          <wp:anchor distT="0" distB="0" distL="114300" distR="114300" simplePos="0" relativeHeight="251659264" behindDoc="0" locked="0" layoutInCell="1" allowOverlap="1" wp14:anchorId="1F44272F" wp14:editId="149FF0BF">
            <wp:simplePos x="0" y="0"/>
            <wp:positionH relativeFrom="column">
              <wp:posOffset>-36349</wp:posOffset>
            </wp:positionH>
            <wp:positionV relativeFrom="paragraph">
              <wp:posOffset>-423528</wp:posOffset>
            </wp:positionV>
            <wp:extent cx="6285470" cy="1083415"/>
            <wp:effectExtent l="0" t="0" r="1270" b="254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9750" cy="108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5755">
        <w:br/>
      </w:r>
    </w:p>
    <w:p w14:paraId="37AFCC05" w14:textId="77777777" w:rsidR="002F40CF" w:rsidRDefault="002F40CF"/>
    <w:p w14:paraId="6E32A76B" w14:textId="77777777" w:rsidR="00EE0335" w:rsidRDefault="000B5755" w:rsidP="00060424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060424">
        <w:rPr>
          <w:rFonts w:asciiTheme="majorBidi" w:hAnsiTheme="majorBidi" w:cstheme="majorBidi"/>
          <w:b/>
          <w:bCs/>
        </w:rPr>
        <w:t>SURAT KEPUTUSAN</w:t>
      </w:r>
      <w:r w:rsidR="002F40CF" w:rsidRPr="00060424">
        <w:rPr>
          <w:rFonts w:asciiTheme="majorBidi" w:hAnsiTheme="majorBidi" w:cstheme="majorBidi"/>
          <w:b/>
          <w:bCs/>
        </w:rPr>
        <w:t xml:space="preserve"> </w:t>
      </w:r>
    </w:p>
    <w:p w14:paraId="284D9847" w14:textId="77777777" w:rsidR="00797505" w:rsidRPr="00060424" w:rsidRDefault="000B5755" w:rsidP="00060424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060424">
        <w:rPr>
          <w:rFonts w:asciiTheme="majorBidi" w:hAnsiTheme="majorBidi" w:cstheme="majorBidi"/>
          <w:b/>
          <w:bCs/>
        </w:rPr>
        <w:t>KETUA SEKOLAH TINGGI AGAMA ISLAM AHMAD SIBAWAYHI</w:t>
      </w:r>
      <w:r w:rsidR="002F40CF" w:rsidRPr="00060424">
        <w:rPr>
          <w:rFonts w:asciiTheme="majorBidi" w:hAnsiTheme="majorBidi" w:cstheme="majorBidi"/>
          <w:b/>
          <w:bCs/>
        </w:rPr>
        <w:t>E</w:t>
      </w:r>
      <w:r w:rsidRPr="00060424">
        <w:rPr>
          <w:rFonts w:asciiTheme="majorBidi" w:hAnsiTheme="majorBidi" w:cstheme="majorBidi"/>
          <w:b/>
          <w:bCs/>
        </w:rPr>
        <w:t xml:space="preserve"> SITUBONDO</w:t>
      </w:r>
    </w:p>
    <w:p w14:paraId="43D79E8E" w14:textId="58AC70D4" w:rsidR="00797505" w:rsidRPr="00EE0335" w:rsidRDefault="005271B7" w:rsidP="00060424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E0335">
        <w:rPr>
          <w:rFonts w:asciiTheme="majorBidi" w:hAnsiTheme="majorBidi" w:cstheme="majorBidi"/>
          <w:b/>
          <w:bCs/>
          <w:sz w:val="24"/>
          <w:szCs w:val="24"/>
        </w:rPr>
        <w:t>Nomor</w:t>
      </w:r>
      <w:proofErr w:type="spellEnd"/>
      <w:r w:rsidRPr="00EE0335">
        <w:rPr>
          <w:rFonts w:asciiTheme="majorBidi" w:hAnsiTheme="majorBidi" w:cstheme="majorBidi"/>
          <w:b/>
          <w:bCs/>
          <w:sz w:val="24"/>
          <w:szCs w:val="24"/>
        </w:rPr>
        <w:t>: 02</w:t>
      </w:r>
      <w:r w:rsidR="00AF659C">
        <w:rPr>
          <w:rFonts w:asciiTheme="majorBidi" w:hAnsiTheme="majorBidi" w:cstheme="majorBidi"/>
          <w:b/>
          <w:bCs/>
          <w:sz w:val="24"/>
          <w:szCs w:val="24"/>
        </w:rPr>
        <w:t>73</w:t>
      </w:r>
      <w:r w:rsidRPr="00EE0335">
        <w:rPr>
          <w:rFonts w:asciiTheme="majorBidi" w:hAnsiTheme="majorBidi" w:cstheme="majorBidi"/>
          <w:b/>
          <w:bCs/>
          <w:sz w:val="24"/>
          <w:szCs w:val="24"/>
        </w:rPr>
        <w:t>/A.6.STAIAS/</w:t>
      </w:r>
      <w:r w:rsidR="00AF659C">
        <w:rPr>
          <w:rFonts w:asciiTheme="majorBidi" w:hAnsiTheme="majorBidi" w:cstheme="majorBidi"/>
          <w:b/>
          <w:bCs/>
          <w:sz w:val="24"/>
          <w:szCs w:val="24"/>
        </w:rPr>
        <w:t>VIII</w:t>
      </w:r>
      <w:r w:rsidR="00EE0335" w:rsidRPr="00EE0335">
        <w:rPr>
          <w:rFonts w:asciiTheme="majorBidi" w:hAnsiTheme="majorBidi" w:cstheme="majorBidi"/>
          <w:b/>
          <w:bCs/>
          <w:sz w:val="24"/>
          <w:szCs w:val="24"/>
        </w:rPr>
        <w:t>/202</w:t>
      </w:r>
      <w:r w:rsidR="00AF659C">
        <w:rPr>
          <w:rFonts w:asciiTheme="majorBidi" w:hAnsiTheme="majorBidi" w:cstheme="majorBidi"/>
          <w:b/>
          <w:bCs/>
          <w:sz w:val="24"/>
          <w:szCs w:val="24"/>
        </w:rPr>
        <w:t>5</w:t>
      </w:r>
    </w:p>
    <w:p w14:paraId="41EA815B" w14:textId="77777777" w:rsidR="00EE0335" w:rsidRPr="00060424" w:rsidRDefault="00EE0335" w:rsidP="00060424">
      <w:pPr>
        <w:spacing w:after="0" w:line="240" w:lineRule="auto"/>
        <w:contextualSpacing/>
        <w:jc w:val="center"/>
        <w:rPr>
          <w:rFonts w:asciiTheme="majorBidi" w:hAnsiTheme="majorBidi" w:cstheme="majorBidi"/>
        </w:rPr>
      </w:pPr>
    </w:p>
    <w:p w14:paraId="5C715CBE" w14:textId="77777777" w:rsidR="00797505" w:rsidRPr="00EE0335" w:rsidRDefault="002F40CF" w:rsidP="00060424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E0335">
        <w:rPr>
          <w:rFonts w:asciiTheme="majorBidi" w:hAnsiTheme="majorBidi" w:cstheme="majorBidi"/>
          <w:b/>
          <w:bCs/>
          <w:sz w:val="24"/>
          <w:szCs w:val="24"/>
        </w:rPr>
        <w:t>TENTANG</w:t>
      </w:r>
    </w:p>
    <w:p w14:paraId="03FFD951" w14:textId="705E6128" w:rsidR="00797505" w:rsidRPr="00060424" w:rsidRDefault="002F40CF" w:rsidP="00060424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060424">
        <w:rPr>
          <w:rFonts w:asciiTheme="majorBidi" w:hAnsiTheme="majorBidi" w:cstheme="majorBidi"/>
          <w:b/>
          <w:bCs/>
        </w:rPr>
        <w:t>PENUGASAN MENGAJAR DOSEN PADA SEMESTER GANJIL TAHUN AKADEMIK 202</w:t>
      </w:r>
      <w:r w:rsidR="00AF659C">
        <w:rPr>
          <w:rFonts w:asciiTheme="majorBidi" w:hAnsiTheme="majorBidi" w:cstheme="majorBidi"/>
          <w:b/>
          <w:bCs/>
        </w:rPr>
        <w:t>5</w:t>
      </w:r>
      <w:r w:rsidRPr="00060424">
        <w:rPr>
          <w:rFonts w:asciiTheme="majorBidi" w:hAnsiTheme="majorBidi" w:cstheme="majorBidi"/>
          <w:b/>
          <w:bCs/>
        </w:rPr>
        <w:t>/202</w:t>
      </w:r>
      <w:r w:rsidR="00AF659C">
        <w:rPr>
          <w:rFonts w:asciiTheme="majorBidi" w:hAnsiTheme="majorBidi" w:cstheme="majorBidi"/>
          <w:b/>
          <w:bCs/>
        </w:rPr>
        <w:t>6</w:t>
      </w:r>
    </w:p>
    <w:p w14:paraId="0940A84F" w14:textId="77777777" w:rsidR="00797505" w:rsidRPr="00060424" w:rsidRDefault="003C2737" w:rsidP="00060424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060424">
        <w:rPr>
          <w:rFonts w:asciiTheme="majorBidi" w:hAnsiTheme="majorBidi" w:cstheme="majorBidi"/>
          <w:b/>
          <w:bCs/>
        </w:rPr>
        <w:t xml:space="preserve">SEKOLAH TINGGI AGAMA ISLAM </w:t>
      </w:r>
      <w:r w:rsidR="002F40CF" w:rsidRPr="00060424">
        <w:rPr>
          <w:rFonts w:asciiTheme="majorBidi" w:hAnsiTheme="majorBidi" w:cstheme="majorBidi"/>
          <w:b/>
          <w:bCs/>
        </w:rPr>
        <w:t>AHMAD SIBAWAYHI SITUBONDO</w:t>
      </w:r>
    </w:p>
    <w:p w14:paraId="108594CD" w14:textId="77777777" w:rsidR="002F40CF" w:rsidRDefault="002F40CF" w:rsidP="002F40CF">
      <w:pPr>
        <w:pStyle w:val="BodyText"/>
        <w:ind w:right="-22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0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"/>
        <w:gridCol w:w="1419"/>
        <w:gridCol w:w="111"/>
        <w:gridCol w:w="277"/>
        <w:gridCol w:w="7945"/>
        <w:gridCol w:w="155"/>
      </w:tblGrid>
      <w:tr w:rsidR="002F40CF" w14:paraId="6DF15A42" w14:textId="77777777" w:rsidTr="00060424">
        <w:trPr>
          <w:gridBefore w:val="1"/>
          <w:wBefore w:w="105" w:type="dxa"/>
          <w:trHeight w:val="1059"/>
        </w:trPr>
        <w:tc>
          <w:tcPr>
            <w:tcW w:w="1530" w:type="dxa"/>
            <w:gridSpan w:val="2"/>
          </w:tcPr>
          <w:p w14:paraId="6FAA357E" w14:textId="77777777" w:rsidR="002F40CF" w:rsidRDefault="002F40CF" w:rsidP="009F2A6C">
            <w:pPr>
              <w:pStyle w:val="BodyText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sz w:val="24"/>
                <w:szCs w:val="24"/>
                <w:lang w:eastAsia="id-ID"/>
              </w:rPr>
              <w:t>Menimbang</w:t>
            </w:r>
            <w:proofErr w:type="spellEnd"/>
          </w:p>
        </w:tc>
        <w:tc>
          <w:tcPr>
            <w:tcW w:w="277" w:type="dxa"/>
          </w:tcPr>
          <w:p w14:paraId="6FD30560" w14:textId="77777777" w:rsidR="002F40CF" w:rsidRDefault="002F40CF" w:rsidP="009F2A6C">
            <w:pPr>
              <w:pStyle w:val="BodyText"/>
              <w:ind w:right="-22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100" w:type="dxa"/>
            <w:gridSpan w:val="2"/>
          </w:tcPr>
          <w:p w14:paraId="0D823594" w14:textId="65EC2ADD" w:rsidR="002F40CF" w:rsidRPr="003C2737" w:rsidRDefault="002F40CF" w:rsidP="003C2737">
            <w:pPr>
              <w:pStyle w:val="BodyText"/>
              <w:widowControl w:val="0"/>
              <w:numPr>
                <w:ilvl w:val="0"/>
                <w:numId w:val="11"/>
              </w:numPr>
              <w:autoSpaceDE w:val="0"/>
              <w:autoSpaceDN w:val="0"/>
              <w:spacing w:after="0" w:line="276" w:lineRule="auto"/>
              <w:ind w:left="356" w:hanging="425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kelancaran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proses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pembelajaran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pada Semester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Ganjil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Akademik </w:t>
            </w:r>
            <w:r w:rsidR="00AF659C">
              <w:rPr>
                <w:rFonts w:asciiTheme="majorBidi" w:hAnsiTheme="majorBidi" w:cstheme="majorBidi"/>
                <w:sz w:val="24"/>
                <w:szCs w:val="24"/>
              </w:rPr>
              <w:t xml:space="preserve">2025 / 2026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diperlukan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penugasan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dosen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sesuai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bidang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keahlian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kompetensinya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574E326D" w14:textId="77777777" w:rsidR="002F40CF" w:rsidRDefault="002F40CF" w:rsidP="003C2737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6" w:hanging="425"/>
              <w:jc w:val="both"/>
            </w:pP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nama-nama yang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tercantum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lampiran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keputusan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ini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dinilai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layak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melaksanakan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tugas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mengajar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pada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mata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kuliah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telah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ditetapkan</w:t>
            </w:r>
            <w:proofErr w:type="spellEnd"/>
            <w:r>
              <w:t>.</w:t>
            </w:r>
          </w:p>
        </w:tc>
      </w:tr>
      <w:tr w:rsidR="00643496" w14:paraId="28AA1B81" w14:textId="77777777" w:rsidTr="00060424">
        <w:trPr>
          <w:gridAfter w:val="1"/>
          <w:wAfter w:w="155" w:type="dxa"/>
          <w:trHeight w:val="3036"/>
        </w:trPr>
        <w:tc>
          <w:tcPr>
            <w:tcW w:w="1524" w:type="dxa"/>
            <w:gridSpan w:val="2"/>
          </w:tcPr>
          <w:p w14:paraId="5F208DEF" w14:textId="77777777" w:rsidR="00643496" w:rsidRDefault="00643496" w:rsidP="003C2737">
            <w:pPr>
              <w:pStyle w:val="BodyText"/>
              <w:ind w:left="142"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w w:val="110"/>
                <w:sz w:val="24"/>
                <w:szCs w:val="24"/>
                <w:lang w:eastAsia="id-ID"/>
              </w:rPr>
              <w:t>Mengingat</w:t>
            </w:r>
            <w:proofErr w:type="spellEnd"/>
            <w:r>
              <w:rPr>
                <w:rFonts w:asciiTheme="majorBidi" w:hAnsiTheme="majorBidi" w:cstheme="majorBidi"/>
                <w:w w:val="110"/>
                <w:sz w:val="24"/>
                <w:szCs w:val="24"/>
                <w:lang w:eastAsia="id-ID"/>
              </w:rPr>
              <w:t xml:space="preserve">        </w:t>
            </w:r>
          </w:p>
        </w:tc>
        <w:tc>
          <w:tcPr>
            <w:tcW w:w="388" w:type="dxa"/>
            <w:gridSpan w:val="2"/>
          </w:tcPr>
          <w:p w14:paraId="7EF202AE" w14:textId="77777777" w:rsidR="00643496" w:rsidRDefault="00643496" w:rsidP="00060424">
            <w:pPr>
              <w:pStyle w:val="BodyText"/>
              <w:ind w:right="-22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7945" w:type="dxa"/>
          </w:tcPr>
          <w:p w14:paraId="255DCCE4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Undang-Undang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2003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Sistem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Pendidikan Nasional;</w:t>
            </w:r>
          </w:p>
          <w:p w14:paraId="1A8A0E16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Undang-Undang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14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2005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Guru dan Dosen;</w:t>
            </w:r>
          </w:p>
          <w:p w14:paraId="3D4B31DE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Undang-Undang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12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2012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Pendidikan Tinggi; </w:t>
            </w:r>
          </w:p>
          <w:p w14:paraId="08C4DD41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Peraturan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Pemerintah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37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2009 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 Dosen ;</w:t>
            </w:r>
          </w:p>
          <w:p w14:paraId="0368C4A8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Peraturan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Pemerintah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4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2014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Penyelenggaraan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Pendidikan Tinggi Dan Pengelolaan Pendidikan Tinggi;</w:t>
            </w:r>
          </w:p>
          <w:p w14:paraId="654D23CA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Peraturan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Menteri Pendidikan dan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Kebudayaan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2020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Standar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Nasional  Pendidikan  Tinggi;</w:t>
            </w:r>
          </w:p>
          <w:p w14:paraId="5B62F684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Surat Keputusan Menteri Agama RI No1192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2019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pendirian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STAIAS</w:t>
            </w:r>
          </w:p>
          <w:p w14:paraId="7E9802A3" w14:textId="77777777" w:rsidR="00643496" w:rsidRDefault="00643496" w:rsidP="00060424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S</w:t>
            </w:r>
            <w:r>
              <w:t>tatuta</w:t>
            </w:r>
            <w:proofErr w:type="spellEnd"/>
            <w:r>
              <w:t xml:space="preserve"> S</w:t>
            </w:r>
            <w:r w:rsidR="003C2737">
              <w:t xml:space="preserve">ekolah Tinggi Agama </w:t>
            </w:r>
            <w:proofErr w:type="gramStart"/>
            <w:r>
              <w:t>I</w:t>
            </w:r>
            <w:r w:rsidR="003C2737">
              <w:t xml:space="preserve">slam </w:t>
            </w:r>
            <w:r>
              <w:t xml:space="preserve"> Ahmad</w:t>
            </w:r>
            <w:proofErr w:type="gramEnd"/>
            <w:r>
              <w:t xml:space="preserve"> </w:t>
            </w:r>
            <w:proofErr w:type="spellStart"/>
            <w:r>
              <w:t>Sibawayhie</w:t>
            </w:r>
            <w:proofErr w:type="spellEnd"/>
            <w:r>
              <w:t xml:space="preserve"> Situbondo.</w:t>
            </w:r>
          </w:p>
        </w:tc>
      </w:tr>
    </w:tbl>
    <w:p w14:paraId="20EDFA1C" w14:textId="77777777" w:rsidR="002F40CF" w:rsidRDefault="002F40CF" w:rsidP="002F40CF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1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4"/>
        <w:gridCol w:w="277"/>
        <w:gridCol w:w="8142"/>
      </w:tblGrid>
      <w:tr w:rsidR="00060424" w14:paraId="312B7923" w14:textId="77777777" w:rsidTr="00060424">
        <w:trPr>
          <w:trHeight w:val="112"/>
        </w:trPr>
        <w:tc>
          <w:tcPr>
            <w:tcW w:w="1714" w:type="dxa"/>
          </w:tcPr>
          <w:p w14:paraId="64A0BA45" w14:textId="77777777" w:rsidR="003C2737" w:rsidRPr="00060424" w:rsidRDefault="003C2737" w:rsidP="009F2A6C">
            <w:pPr>
              <w:pStyle w:val="BodyText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060424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Memperhatikan</w:t>
            </w:r>
            <w:proofErr w:type="spellEnd"/>
          </w:p>
        </w:tc>
        <w:tc>
          <w:tcPr>
            <w:tcW w:w="277" w:type="dxa"/>
          </w:tcPr>
          <w:p w14:paraId="0516C874" w14:textId="77777777" w:rsidR="003C2737" w:rsidRDefault="003C2737" w:rsidP="00060424">
            <w:pPr>
              <w:pStyle w:val="BodyText"/>
              <w:ind w:left="-154" w:right="-21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142" w:type="dxa"/>
          </w:tcPr>
          <w:p w14:paraId="5614C662" w14:textId="52D6A666" w:rsidR="003C2737" w:rsidRPr="003C2737" w:rsidRDefault="003C2737" w:rsidP="00060424">
            <w:pPr>
              <w:pStyle w:val="BodyText"/>
              <w:widowControl w:val="0"/>
              <w:numPr>
                <w:ilvl w:val="0"/>
                <w:numId w:val="13"/>
              </w:numPr>
              <w:autoSpaceDE w:val="0"/>
              <w:autoSpaceDN w:val="0"/>
              <w:spacing w:after="0" w:line="276" w:lineRule="auto"/>
              <w:ind w:left="277" w:hanging="283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Hasil Rapat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Pimpinan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t xml:space="preserve">Sekolah Tinggi Agama Islam Ahmad </w:t>
            </w:r>
            <w:proofErr w:type="spellStart"/>
            <w:r>
              <w:t>Sibawayhie</w:t>
            </w:r>
            <w:proofErr w:type="spellEnd"/>
            <w:r>
              <w:t xml:space="preserve"> </w:t>
            </w:r>
            <w:proofErr w:type="gramStart"/>
            <w:r>
              <w:t xml:space="preserve">Situbondo  </w:t>
            </w:r>
            <w:proofErr w:type="spellStart"/>
            <w:r>
              <w:t>Tentang</w:t>
            </w:r>
            <w:proofErr w:type="spellEnd"/>
            <w:proofErr w:type="gramEnd"/>
            <w:r>
              <w:t xml:space="preserve"> </w:t>
            </w:r>
            <w:proofErr w:type="spellStart"/>
            <w:proofErr w:type="gramStart"/>
            <w:r>
              <w:t>Tugas</w:t>
            </w:r>
            <w:proofErr w:type="spellEnd"/>
            <w:r>
              <w:t xml:space="preserve">  Dosen</w:t>
            </w:r>
            <w:proofErr w:type="gramEnd"/>
            <w:r>
              <w:t xml:space="preserve"> </w:t>
            </w:r>
            <w:proofErr w:type="spellStart"/>
            <w:r>
              <w:t>Pengajar</w:t>
            </w:r>
            <w:proofErr w:type="spellEnd"/>
            <w:r>
              <w:t xml:space="preserve"> Semester </w:t>
            </w:r>
            <w:proofErr w:type="spellStart"/>
            <w:r>
              <w:t>Ganjil</w:t>
            </w:r>
            <w:proofErr w:type="spellEnd"/>
            <w:r>
              <w:t xml:space="preserve"> </w:t>
            </w:r>
            <w:proofErr w:type="spellStart"/>
            <w:r w:rsidRPr="003C2737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3C2737">
              <w:rPr>
                <w:rFonts w:asciiTheme="majorBidi" w:hAnsiTheme="majorBidi" w:cstheme="majorBidi"/>
                <w:sz w:val="24"/>
                <w:szCs w:val="24"/>
              </w:rPr>
              <w:t xml:space="preserve"> Akademik </w:t>
            </w:r>
            <w:r w:rsidR="00AF659C">
              <w:rPr>
                <w:rFonts w:asciiTheme="majorBidi" w:hAnsiTheme="majorBidi" w:cstheme="majorBidi"/>
                <w:sz w:val="24"/>
                <w:szCs w:val="24"/>
              </w:rPr>
              <w:t>2025 / 2026</w:t>
            </w:r>
          </w:p>
          <w:p w14:paraId="760B78F0" w14:textId="77777777" w:rsidR="003C2737" w:rsidRPr="00406509" w:rsidRDefault="003C2737" w:rsidP="00060424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277" w:hanging="283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06509">
              <w:rPr>
                <w:rFonts w:asciiTheme="majorBidi" w:hAnsiTheme="majorBidi" w:cstheme="majorBidi"/>
                <w:sz w:val="24"/>
                <w:szCs w:val="24"/>
              </w:rPr>
              <w:t>Masukan-Masukan</w:t>
            </w:r>
            <w:proofErr w:type="spellEnd"/>
            <w:r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06509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para  </w:t>
            </w:r>
            <w:proofErr w:type="spellStart"/>
            <w:r w:rsidRPr="00406509">
              <w:rPr>
                <w:rFonts w:asciiTheme="majorBidi" w:hAnsiTheme="majorBidi" w:cstheme="majorBidi"/>
                <w:sz w:val="24"/>
                <w:szCs w:val="24"/>
              </w:rPr>
              <w:t>Ketua</w:t>
            </w:r>
            <w:proofErr w:type="spellEnd"/>
            <w:proofErr w:type="gramEnd"/>
            <w:r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 Program Studi</w:t>
            </w:r>
            <w:r w:rsidR="00406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="00406509">
              <w:rPr>
                <w:rFonts w:asciiTheme="majorBidi" w:hAnsiTheme="majorBidi" w:cstheme="majorBidi"/>
                <w:sz w:val="24"/>
                <w:szCs w:val="24"/>
              </w:rPr>
              <w:t>di</w:t>
            </w:r>
            <w:r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06509"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406509" w:rsidRPr="00406509">
              <w:rPr>
                <w:rFonts w:asciiTheme="majorBidi" w:hAnsiTheme="majorBidi" w:cstheme="majorBidi"/>
                <w:sz w:val="24"/>
                <w:szCs w:val="24"/>
              </w:rPr>
              <w:t>Sekolah</w:t>
            </w:r>
            <w:proofErr w:type="spellEnd"/>
            <w:proofErr w:type="gramEnd"/>
            <w:r w:rsidR="00406509"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 Tinggi </w:t>
            </w:r>
            <w:r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Islam Ahmad </w:t>
            </w:r>
            <w:proofErr w:type="spellStart"/>
            <w:r w:rsidRPr="00406509">
              <w:rPr>
                <w:rFonts w:asciiTheme="majorBidi" w:hAnsiTheme="majorBidi" w:cstheme="majorBidi"/>
                <w:sz w:val="24"/>
                <w:szCs w:val="24"/>
              </w:rPr>
              <w:t>Sibawayhie</w:t>
            </w:r>
            <w:proofErr w:type="spellEnd"/>
            <w:r w:rsidRPr="00406509">
              <w:rPr>
                <w:rFonts w:asciiTheme="majorBidi" w:hAnsiTheme="majorBidi" w:cstheme="majorBidi"/>
                <w:sz w:val="24"/>
                <w:szCs w:val="24"/>
              </w:rPr>
              <w:t xml:space="preserve"> Situbondo</w:t>
            </w:r>
          </w:p>
        </w:tc>
      </w:tr>
    </w:tbl>
    <w:p w14:paraId="6BD3078F" w14:textId="77777777" w:rsidR="00EE0335" w:rsidRDefault="00EE0335" w:rsidP="002F40CF">
      <w:pPr>
        <w:rPr>
          <w:rFonts w:asciiTheme="majorBidi" w:hAnsiTheme="majorBidi" w:cstheme="majorBidi"/>
          <w:sz w:val="24"/>
          <w:szCs w:val="24"/>
        </w:rPr>
      </w:pPr>
    </w:p>
    <w:p w14:paraId="19D5DC9B" w14:textId="77777777" w:rsidR="003C2737" w:rsidRDefault="00EE0335" w:rsidP="00EE0335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</w:t>
      </w:r>
      <w:r w:rsidR="00060424" w:rsidRPr="00060424">
        <w:rPr>
          <w:rFonts w:asciiTheme="majorBidi" w:hAnsiTheme="majorBidi" w:cstheme="majorBidi"/>
          <w:b/>
          <w:bCs/>
          <w:sz w:val="24"/>
          <w:szCs w:val="24"/>
        </w:rPr>
        <w:t>MEMUTUSKAN</w:t>
      </w: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55"/>
        <w:gridCol w:w="8050"/>
      </w:tblGrid>
      <w:tr w:rsidR="00060424" w14:paraId="77FE5D7E" w14:textId="77777777" w:rsidTr="005C47B1">
        <w:trPr>
          <w:trHeight w:val="380"/>
        </w:trPr>
        <w:tc>
          <w:tcPr>
            <w:tcW w:w="1526" w:type="dxa"/>
          </w:tcPr>
          <w:p w14:paraId="3C7CF043" w14:textId="77777777" w:rsidR="00060424" w:rsidRPr="00DF31AF" w:rsidRDefault="00060424" w:rsidP="00DF31AF">
            <w:pPr>
              <w:spacing w:line="360" w:lineRule="auto"/>
              <w:rPr>
                <w:rFonts w:asciiTheme="majorBidi" w:hAnsiTheme="majorBidi" w:cstheme="majorBidi"/>
              </w:rPr>
            </w:pPr>
            <w:proofErr w:type="spellStart"/>
            <w:r w:rsidRPr="00DF31AF">
              <w:rPr>
                <w:rFonts w:asciiTheme="majorBidi" w:hAnsiTheme="majorBidi" w:cstheme="majorBidi"/>
              </w:rPr>
              <w:t>M</w:t>
            </w:r>
            <w:r w:rsidRPr="00DF31AF">
              <w:rPr>
                <w:rFonts w:asciiTheme="majorBidi" w:hAnsiTheme="majorBidi" w:cstheme="majorBidi"/>
                <w:sz w:val="24"/>
                <w:szCs w:val="24"/>
              </w:rPr>
              <w:t>enetapkan</w:t>
            </w:r>
            <w:proofErr w:type="spellEnd"/>
          </w:p>
          <w:p w14:paraId="201A1EE5" w14:textId="77777777" w:rsidR="00060424" w:rsidRPr="00DF31AF" w:rsidRDefault="00060424" w:rsidP="00DF31AF">
            <w:pPr>
              <w:pStyle w:val="BodyText"/>
              <w:spacing w:line="360" w:lineRule="auto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</w:p>
        </w:tc>
        <w:tc>
          <w:tcPr>
            <w:tcW w:w="455" w:type="dxa"/>
          </w:tcPr>
          <w:p w14:paraId="252007E4" w14:textId="77777777" w:rsidR="00060424" w:rsidRPr="00DF31AF" w:rsidRDefault="00060424" w:rsidP="00DF31A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DF31AF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  </w:t>
            </w:r>
            <w:r w:rsidR="005C47B1" w:rsidRPr="00DF31AF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  <w:r w:rsidRPr="00DF31AF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:</w:t>
            </w:r>
          </w:p>
        </w:tc>
        <w:tc>
          <w:tcPr>
            <w:tcW w:w="8050" w:type="dxa"/>
          </w:tcPr>
          <w:p w14:paraId="58DB815B" w14:textId="77777777" w:rsidR="00060424" w:rsidRPr="00DF31AF" w:rsidRDefault="00060424" w:rsidP="00DF31AF">
            <w:pPr>
              <w:spacing w:line="360" w:lineRule="auto"/>
              <w:ind w:left="34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DF31AF">
              <w:rPr>
                <w:rFonts w:asciiTheme="majorBidi" w:hAnsiTheme="majorBidi" w:cstheme="majorBidi"/>
                <w:b/>
                <w:bCs/>
              </w:rPr>
              <w:t>SURAT KEPUTUSAN KETUA SEKOLAH TINGGI AGAMA ISLAM AHMAD SIBAWAYHIE SITUBONDO TENTANG PENUGASAN MENGAJAR DOSEN PADA SEMESTER GANJIL TAHUN AKADEMIK 2024/2025</w:t>
            </w:r>
          </w:p>
        </w:tc>
      </w:tr>
      <w:tr w:rsidR="00340977" w14:paraId="479F52D6" w14:textId="77777777" w:rsidTr="00340977">
        <w:trPr>
          <w:trHeight w:val="380"/>
        </w:trPr>
        <w:tc>
          <w:tcPr>
            <w:tcW w:w="1526" w:type="dxa"/>
          </w:tcPr>
          <w:p w14:paraId="74559804" w14:textId="77777777" w:rsidR="005C47B1" w:rsidRPr="00DF31AF" w:rsidRDefault="005C47B1" w:rsidP="00DF31AF">
            <w:pPr>
              <w:pStyle w:val="BodyText"/>
              <w:spacing w:line="360" w:lineRule="auto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Pertama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F31AF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  <w:tc>
          <w:tcPr>
            <w:tcW w:w="455" w:type="dxa"/>
          </w:tcPr>
          <w:p w14:paraId="12B5CB5D" w14:textId="77777777" w:rsidR="005C47B1" w:rsidRPr="00DF31AF" w:rsidRDefault="005C47B1" w:rsidP="00DF31A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DF31AF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  : :</w:t>
            </w:r>
          </w:p>
        </w:tc>
        <w:tc>
          <w:tcPr>
            <w:tcW w:w="8050" w:type="dxa"/>
          </w:tcPr>
          <w:p w14:paraId="634776A4" w14:textId="29B94F9E" w:rsidR="005C47B1" w:rsidRPr="00DF31AF" w:rsidRDefault="005C47B1" w:rsidP="00DF31AF">
            <w:pPr>
              <w:spacing w:line="360" w:lineRule="auto"/>
              <w:ind w:left="34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Menugaskan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dosen-dosen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namanya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tercantum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lampiran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SK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ini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mengajar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pada </w:t>
            </w:r>
            <w:r w:rsidR="00340977"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Semester </w:t>
            </w:r>
            <w:proofErr w:type="spellStart"/>
            <w:r w:rsidR="00340977" w:rsidRPr="00DF31AF">
              <w:rPr>
                <w:rFonts w:asciiTheme="majorBidi" w:hAnsiTheme="majorBidi" w:cstheme="majorBidi"/>
                <w:sz w:val="24"/>
                <w:szCs w:val="24"/>
              </w:rPr>
              <w:t>Ganjil</w:t>
            </w:r>
            <w:proofErr w:type="spellEnd"/>
            <w:r w:rsidR="00340977"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340977" w:rsidRPr="00DF31AF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="00340977"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Akademik </w:t>
            </w:r>
            <w:r w:rsidR="00AF659C">
              <w:rPr>
                <w:rFonts w:asciiTheme="majorBidi" w:hAnsiTheme="majorBidi" w:cstheme="majorBidi"/>
                <w:sz w:val="24"/>
                <w:szCs w:val="24"/>
              </w:rPr>
              <w:t xml:space="preserve">2025 / 2026 </w:t>
            </w:r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di STAI Ahmad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Sibawayhi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Situbondo.</w:t>
            </w:r>
          </w:p>
        </w:tc>
      </w:tr>
      <w:tr w:rsidR="005C47B1" w14:paraId="6BCC3795" w14:textId="77777777" w:rsidTr="00340977">
        <w:trPr>
          <w:trHeight w:val="380"/>
        </w:trPr>
        <w:tc>
          <w:tcPr>
            <w:tcW w:w="1526" w:type="dxa"/>
          </w:tcPr>
          <w:p w14:paraId="4639ACBD" w14:textId="77777777" w:rsidR="005C47B1" w:rsidRPr="00DF31AF" w:rsidRDefault="005C47B1" w:rsidP="00DF31A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Kedua</w:t>
            </w:r>
            <w:proofErr w:type="spellEnd"/>
          </w:p>
        </w:tc>
        <w:tc>
          <w:tcPr>
            <w:tcW w:w="455" w:type="dxa"/>
          </w:tcPr>
          <w:p w14:paraId="2DA4B610" w14:textId="77777777" w:rsidR="005C47B1" w:rsidRPr="00DF31AF" w:rsidRDefault="005C47B1" w:rsidP="00DF31A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DF31AF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050" w:type="dxa"/>
          </w:tcPr>
          <w:p w14:paraId="22E950C4" w14:textId="77777777" w:rsidR="005C47B1" w:rsidRPr="00DF31AF" w:rsidRDefault="005C47B1" w:rsidP="00DF31AF">
            <w:pPr>
              <w:spacing w:line="360" w:lineRule="auto"/>
              <w:ind w:left="34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Tugas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Dosen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Mengajar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Mendidik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,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membimbing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mengevaluasi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mahasiswa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sesuai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peraturan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berlaku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sehingga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mahasiswa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memiiki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pengetahuan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keahlian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sesuai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mata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kuliah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9560C"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yang </w:t>
            </w:r>
            <w:proofErr w:type="spellStart"/>
            <w:r w:rsidR="0009560C" w:rsidRPr="00DF31AF">
              <w:rPr>
                <w:rFonts w:asciiTheme="majorBidi" w:hAnsiTheme="majorBidi" w:cstheme="majorBidi"/>
                <w:sz w:val="24"/>
                <w:szCs w:val="24"/>
              </w:rPr>
              <w:t>diampuh</w:t>
            </w:r>
            <w:proofErr w:type="spellEnd"/>
          </w:p>
        </w:tc>
      </w:tr>
      <w:tr w:rsidR="005C47B1" w14:paraId="6841C297" w14:textId="77777777" w:rsidTr="00340977">
        <w:trPr>
          <w:trHeight w:val="380"/>
        </w:trPr>
        <w:tc>
          <w:tcPr>
            <w:tcW w:w="1526" w:type="dxa"/>
          </w:tcPr>
          <w:p w14:paraId="147D3ACE" w14:textId="77777777" w:rsidR="005C47B1" w:rsidRPr="00DF31AF" w:rsidRDefault="005C47B1" w:rsidP="00DF31A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Ketiga</w:t>
            </w:r>
            <w:proofErr w:type="spellEnd"/>
          </w:p>
        </w:tc>
        <w:tc>
          <w:tcPr>
            <w:tcW w:w="455" w:type="dxa"/>
          </w:tcPr>
          <w:p w14:paraId="2345A510" w14:textId="77777777" w:rsidR="005C47B1" w:rsidRPr="00DF31AF" w:rsidRDefault="005C47B1" w:rsidP="00DF31A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DF31AF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050" w:type="dxa"/>
          </w:tcPr>
          <w:p w14:paraId="41DA2171" w14:textId="09D7B7B1" w:rsidR="005C47B1" w:rsidRPr="00DF31AF" w:rsidRDefault="0009560C" w:rsidP="00DF31A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Surat Keputusan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ini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berlaku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sejak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tanggal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ditetapkan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sampai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proofErr w:type="gram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berakhirnya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  Semester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Ganjil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Akademik </w:t>
            </w:r>
            <w:r w:rsidR="00AF659C">
              <w:rPr>
                <w:rFonts w:asciiTheme="majorBidi" w:hAnsiTheme="majorBidi" w:cstheme="majorBidi"/>
                <w:sz w:val="24"/>
                <w:szCs w:val="24"/>
              </w:rPr>
              <w:t xml:space="preserve">2025 / 2026 </w:t>
            </w:r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dan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apabila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terdapat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kekeliruan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akan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diperbaiki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sebagaimana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F31AF">
              <w:rPr>
                <w:rFonts w:asciiTheme="majorBidi" w:hAnsiTheme="majorBidi" w:cstheme="majorBidi"/>
                <w:sz w:val="24"/>
                <w:szCs w:val="24"/>
              </w:rPr>
              <w:t>mestinya</w:t>
            </w:r>
            <w:proofErr w:type="spellEnd"/>
            <w:r w:rsidRPr="00DF31AF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</w:tbl>
    <w:p w14:paraId="3DD31331" w14:textId="77777777" w:rsidR="005C47B1" w:rsidRDefault="005C47B1" w:rsidP="00060424"/>
    <w:p w14:paraId="65940DB3" w14:textId="77777777" w:rsidR="00340977" w:rsidRDefault="00AE068B" w:rsidP="00340977">
      <w:pPr>
        <w:pStyle w:val="BodyText"/>
        <w:spacing w:before="89"/>
        <w:ind w:left="6237" w:right="-22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6E38B7A" wp14:editId="726ABB15">
            <wp:simplePos x="0" y="0"/>
            <wp:positionH relativeFrom="column">
              <wp:posOffset>3930144</wp:posOffset>
            </wp:positionH>
            <wp:positionV relativeFrom="paragraph">
              <wp:posOffset>20790</wp:posOffset>
            </wp:positionV>
            <wp:extent cx="1046031" cy="2372722"/>
            <wp:effectExtent l="0" t="0" r="0" b="5398"/>
            <wp:wrapNone/>
            <wp:docPr id="4" name="Picture 4" descr="C:\Users\Administrator\Downloads\WhatsApp_Image_2025-08-09_at_10.33.00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wnloads\WhatsApp_Image_2025-08-09_at_10.33.00-removebg-preview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68" b="10805"/>
                    <a:stretch/>
                  </pic:blipFill>
                  <pic:spPr bwMode="auto">
                    <a:xfrm rot="16200000">
                      <a:off x="0" y="0"/>
                      <a:ext cx="1044531" cy="236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40977">
        <w:rPr>
          <w:rFonts w:asciiTheme="majorBidi" w:hAnsiTheme="majorBidi" w:cstheme="majorBidi"/>
          <w:color w:val="0F0F0F"/>
          <w:w w:val="115"/>
          <w:sz w:val="24"/>
          <w:szCs w:val="24"/>
        </w:rPr>
        <w:t>Ditetapkan</w:t>
      </w:r>
      <w:proofErr w:type="spellEnd"/>
      <w:r w:rsidR="00340977">
        <w:rPr>
          <w:rFonts w:asciiTheme="majorBidi" w:hAnsiTheme="majorBidi" w:cstheme="majorBidi"/>
          <w:color w:val="0F0F0F"/>
          <w:w w:val="115"/>
          <w:sz w:val="24"/>
          <w:szCs w:val="24"/>
        </w:rPr>
        <w:t xml:space="preserve"> </w:t>
      </w:r>
      <w:r w:rsidR="00340977">
        <w:rPr>
          <w:rFonts w:asciiTheme="majorBidi" w:hAnsiTheme="majorBidi" w:cstheme="majorBidi"/>
          <w:color w:val="0C0C0C"/>
          <w:w w:val="115"/>
          <w:sz w:val="24"/>
          <w:szCs w:val="24"/>
        </w:rPr>
        <w:t xml:space="preserve">di </w:t>
      </w:r>
      <w:proofErr w:type="spellStart"/>
      <w:r w:rsidR="00340977">
        <w:rPr>
          <w:rFonts w:asciiTheme="majorBidi" w:hAnsiTheme="majorBidi" w:cstheme="majorBidi"/>
          <w:w w:val="115"/>
          <w:sz w:val="24"/>
          <w:szCs w:val="24"/>
        </w:rPr>
        <w:t>Besuki</w:t>
      </w:r>
      <w:proofErr w:type="spellEnd"/>
    </w:p>
    <w:p w14:paraId="7BDE7021" w14:textId="73BED11A" w:rsidR="00340977" w:rsidRDefault="00EE0335" w:rsidP="00340977">
      <w:pPr>
        <w:pStyle w:val="BodyText"/>
        <w:spacing w:before="1"/>
        <w:ind w:left="6237" w:right="-22"/>
        <w:rPr>
          <w:rFonts w:asciiTheme="majorBidi" w:hAnsiTheme="majorBidi" w:cstheme="majorBidi"/>
          <w:w w:val="115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64384" behindDoc="0" locked="0" layoutInCell="1" allowOverlap="1" wp14:anchorId="039806D3" wp14:editId="7A4A793B">
            <wp:simplePos x="0" y="0"/>
            <wp:positionH relativeFrom="column">
              <wp:posOffset>2980690</wp:posOffset>
            </wp:positionH>
            <wp:positionV relativeFrom="paragraph">
              <wp:posOffset>83202</wp:posOffset>
            </wp:positionV>
            <wp:extent cx="1425146" cy="1425146"/>
            <wp:effectExtent l="0" t="0" r="3810" b="0"/>
            <wp:wrapNone/>
            <wp:docPr id="2" name="Picture 2" descr="C:\Users\Administrator\Downloads\20211018_100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20211018_10011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146" cy="1425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62336" behindDoc="0" locked="0" layoutInCell="1" allowOverlap="1" wp14:anchorId="1619CF90" wp14:editId="773C75FD">
            <wp:simplePos x="0" y="0"/>
            <wp:positionH relativeFrom="column">
              <wp:posOffset>2986937</wp:posOffset>
            </wp:positionH>
            <wp:positionV relativeFrom="paragraph">
              <wp:posOffset>81692</wp:posOffset>
            </wp:positionV>
            <wp:extent cx="1425146" cy="1425146"/>
            <wp:effectExtent l="0" t="0" r="3810" b="0"/>
            <wp:wrapNone/>
            <wp:docPr id="1" name="Picture 1" descr="C:\Users\Administrator\Downloads\20211018_100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20211018_10011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639" cy="1424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0977">
        <w:rPr>
          <w:rFonts w:asciiTheme="majorBidi" w:hAnsiTheme="majorBidi" w:cstheme="majorBidi"/>
          <w:color w:val="0E0E0E"/>
          <w:w w:val="115"/>
          <w:sz w:val="24"/>
          <w:szCs w:val="24"/>
        </w:rPr>
        <w:t xml:space="preserve">pada </w:t>
      </w:r>
      <w:proofErr w:type="spellStart"/>
      <w:proofErr w:type="gramStart"/>
      <w:r w:rsidR="00340977">
        <w:rPr>
          <w:rFonts w:asciiTheme="majorBidi" w:hAnsiTheme="majorBidi" w:cstheme="majorBidi"/>
          <w:w w:val="115"/>
          <w:sz w:val="24"/>
          <w:szCs w:val="24"/>
        </w:rPr>
        <w:t>tanggal</w:t>
      </w:r>
      <w:proofErr w:type="spellEnd"/>
      <w:r w:rsidR="00340977">
        <w:rPr>
          <w:rFonts w:asciiTheme="majorBidi" w:hAnsiTheme="majorBidi" w:cstheme="majorBidi"/>
          <w:w w:val="115"/>
          <w:sz w:val="24"/>
          <w:szCs w:val="24"/>
        </w:rPr>
        <w:t xml:space="preserve"> </w:t>
      </w:r>
      <w:r w:rsidR="00AF659C">
        <w:rPr>
          <w:rFonts w:asciiTheme="majorBidi" w:hAnsiTheme="majorBidi" w:cstheme="majorBidi"/>
          <w:w w:val="115"/>
          <w:sz w:val="24"/>
          <w:szCs w:val="24"/>
        </w:rPr>
        <w:t xml:space="preserve"> 27</w:t>
      </w:r>
      <w:proofErr w:type="gramEnd"/>
      <w:r w:rsidR="00AF659C">
        <w:rPr>
          <w:rFonts w:asciiTheme="majorBidi" w:hAnsiTheme="majorBidi" w:cstheme="majorBidi"/>
          <w:w w:val="115"/>
          <w:sz w:val="24"/>
          <w:szCs w:val="24"/>
        </w:rPr>
        <w:t xml:space="preserve"> Agustus</w:t>
      </w:r>
      <w:r w:rsidR="00340977">
        <w:rPr>
          <w:rFonts w:asciiTheme="majorBidi" w:hAnsiTheme="majorBidi" w:cstheme="majorBidi"/>
          <w:w w:val="115"/>
          <w:sz w:val="24"/>
          <w:szCs w:val="24"/>
        </w:rPr>
        <w:t xml:space="preserve"> 202</w:t>
      </w:r>
      <w:r w:rsidR="00AF659C">
        <w:rPr>
          <w:rFonts w:asciiTheme="majorBidi" w:hAnsiTheme="majorBidi" w:cstheme="majorBidi"/>
          <w:w w:val="115"/>
          <w:sz w:val="24"/>
          <w:szCs w:val="24"/>
        </w:rPr>
        <w:t>5</w:t>
      </w:r>
    </w:p>
    <w:p w14:paraId="1F80959B" w14:textId="77777777" w:rsidR="00340977" w:rsidRDefault="00AE068B" w:rsidP="00340977">
      <w:pPr>
        <w:spacing w:line="228" w:lineRule="auto"/>
        <w:ind w:left="6237" w:right="-2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Wakil </w:t>
      </w:r>
      <w:proofErr w:type="spellStart"/>
      <w:r>
        <w:rPr>
          <w:rFonts w:asciiTheme="majorBidi" w:hAnsiTheme="majorBidi" w:cstheme="majorBidi"/>
          <w:sz w:val="24"/>
          <w:szCs w:val="24"/>
        </w:rPr>
        <w:t>Ketua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hAnsiTheme="majorBidi" w:cstheme="majorBidi"/>
          <w:sz w:val="24"/>
          <w:szCs w:val="24"/>
        </w:rPr>
        <w:t>I  (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Bidang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Akademik)</w:t>
      </w:r>
    </w:p>
    <w:p w14:paraId="22F81947" w14:textId="77777777" w:rsidR="00340977" w:rsidRDefault="00340977" w:rsidP="00340977">
      <w:pPr>
        <w:spacing w:line="228" w:lineRule="auto"/>
        <w:ind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22EE7496" w14:textId="77777777" w:rsidR="00340977" w:rsidRDefault="00340977" w:rsidP="00340977">
      <w:pPr>
        <w:spacing w:line="228" w:lineRule="auto"/>
        <w:ind w:left="6237"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30FB7662" w14:textId="77777777" w:rsidR="00AE068B" w:rsidRPr="00565FAB" w:rsidRDefault="00AE068B" w:rsidP="00AE068B">
      <w:pPr>
        <w:spacing w:line="228" w:lineRule="auto"/>
        <w:ind w:left="5517" w:right="-23" w:firstLine="720"/>
        <w:contextualSpacing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Dr. Samsul Arifin,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M.Pd</w:t>
      </w:r>
      <w:proofErr w:type="spellEnd"/>
    </w:p>
    <w:p w14:paraId="39F969EA" w14:textId="77777777" w:rsidR="00AE068B" w:rsidRDefault="00AE068B" w:rsidP="00AE068B">
      <w:pPr>
        <w:spacing w:line="228" w:lineRule="auto"/>
        <w:ind w:left="5517" w:right="-22" w:firstLine="72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NIDN. 2110129104</w:t>
      </w:r>
    </w:p>
    <w:p w14:paraId="30610775" w14:textId="77777777" w:rsidR="006F0449" w:rsidRDefault="000B5755" w:rsidP="00EE0335">
      <w:r>
        <w:br/>
      </w:r>
    </w:p>
    <w:p w14:paraId="1567D7FE" w14:textId="77777777" w:rsidR="00EE0335" w:rsidRDefault="00EE0335" w:rsidP="00EE0335"/>
    <w:p w14:paraId="4BD5DF80" w14:textId="77777777" w:rsidR="00EE0335" w:rsidRDefault="00EE0335" w:rsidP="00EE0335"/>
    <w:p w14:paraId="66EBFC20" w14:textId="77777777" w:rsidR="00EE0335" w:rsidRDefault="00EE0335" w:rsidP="00EE0335"/>
    <w:p w14:paraId="06345489" w14:textId="77777777" w:rsidR="00EE0335" w:rsidRDefault="00EE0335" w:rsidP="00EE0335"/>
    <w:p w14:paraId="209BB761" w14:textId="77777777" w:rsidR="00EE0335" w:rsidRDefault="00EE0335" w:rsidP="00EE0335"/>
    <w:p w14:paraId="10D6D324" w14:textId="77777777" w:rsidR="00EE0335" w:rsidRDefault="00EE0335" w:rsidP="00EE0335"/>
    <w:p w14:paraId="1C6EC9D2" w14:textId="77777777" w:rsidR="00EE0335" w:rsidRDefault="00EE0335" w:rsidP="00EE0335"/>
    <w:p w14:paraId="61414A8A" w14:textId="77777777" w:rsidR="003716AF" w:rsidRDefault="003716AF" w:rsidP="00EE0335"/>
    <w:p w14:paraId="20D57464" w14:textId="77777777" w:rsidR="003716AF" w:rsidRDefault="003716AF" w:rsidP="00EE0335"/>
    <w:p w14:paraId="37DED527" w14:textId="77777777" w:rsidR="003716AF" w:rsidRDefault="003716AF" w:rsidP="00EE0335"/>
    <w:p w14:paraId="7AA4152D" w14:textId="77777777" w:rsidR="00DF31AF" w:rsidRPr="00AE068B" w:rsidRDefault="00DF31AF" w:rsidP="003716AF">
      <w:pPr>
        <w:pStyle w:val="NormalWeb"/>
        <w:rPr>
          <w:sz w:val="20"/>
          <w:szCs w:val="20"/>
        </w:rPr>
      </w:pPr>
      <w:proofErr w:type="spellStart"/>
      <w:r w:rsidRPr="00AE068B">
        <w:rPr>
          <w:rStyle w:val="Strong"/>
          <w:sz w:val="20"/>
          <w:szCs w:val="20"/>
        </w:rPr>
        <w:t>Tembusan</w:t>
      </w:r>
      <w:proofErr w:type="spellEnd"/>
      <w:r w:rsidRPr="00AE068B">
        <w:rPr>
          <w:sz w:val="20"/>
          <w:szCs w:val="20"/>
        </w:rPr>
        <w:t>:</w:t>
      </w:r>
    </w:p>
    <w:p w14:paraId="03CD61A7" w14:textId="77777777" w:rsidR="00DF31AF" w:rsidRPr="00AE068B" w:rsidRDefault="00DF31AF" w:rsidP="00DF31AF">
      <w:pPr>
        <w:pStyle w:val="NormalWeb"/>
        <w:numPr>
          <w:ilvl w:val="0"/>
          <w:numId w:val="15"/>
        </w:numPr>
        <w:rPr>
          <w:sz w:val="20"/>
          <w:szCs w:val="20"/>
        </w:rPr>
      </w:pPr>
      <w:proofErr w:type="spellStart"/>
      <w:r w:rsidRPr="00AE068B">
        <w:rPr>
          <w:sz w:val="20"/>
          <w:szCs w:val="20"/>
        </w:rPr>
        <w:t>Ketua</w:t>
      </w:r>
      <w:proofErr w:type="spellEnd"/>
      <w:r w:rsidRPr="00AE068B">
        <w:rPr>
          <w:sz w:val="20"/>
          <w:szCs w:val="20"/>
        </w:rPr>
        <w:t xml:space="preserve"> STAIAS</w:t>
      </w:r>
    </w:p>
    <w:p w14:paraId="7927F258" w14:textId="77777777" w:rsidR="00DF31AF" w:rsidRPr="00AE068B" w:rsidRDefault="00DF31AF" w:rsidP="007A665A">
      <w:pPr>
        <w:pStyle w:val="NormalWeb"/>
        <w:numPr>
          <w:ilvl w:val="0"/>
          <w:numId w:val="15"/>
        </w:numPr>
        <w:rPr>
          <w:sz w:val="20"/>
          <w:szCs w:val="20"/>
        </w:rPr>
      </w:pPr>
      <w:r w:rsidRPr="00AE068B">
        <w:rPr>
          <w:sz w:val="20"/>
          <w:szCs w:val="20"/>
        </w:rPr>
        <w:t xml:space="preserve">Wakil </w:t>
      </w:r>
      <w:proofErr w:type="spellStart"/>
      <w:r w:rsidRPr="00AE068B">
        <w:rPr>
          <w:sz w:val="20"/>
          <w:szCs w:val="20"/>
        </w:rPr>
        <w:t>Ketua</w:t>
      </w:r>
      <w:proofErr w:type="spellEnd"/>
      <w:r w:rsidRPr="00AE068B">
        <w:rPr>
          <w:sz w:val="20"/>
          <w:szCs w:val="20"/>
        </w:rPr>
        <w:t xml:space="preserve"> II </w:t>
      </w:r>
      <w:proofErr w:type="spellStart"/>
      <w:r w:rsidRPr="00AE068B">
        <w:rPr>
          <w:sz w:val="20"/>
          <w:szCs w:val="20"/>
        </w:rPr>
        <w:t>Bidang</w:t>
      </w:r>
      <w:proofErr w:type="spellEnd"/>
      <w:r w:rsidRPr="00AE068B">
        <w:rPr>
          <w:sz w:val="20"/>
          <w:szCs w:val="20"/>
        </w:rPr>
        <w:t xml:space="preserve"> </w:t>
      </w:r>
      <w:proofErr w:type="spellStart"/>
      <w:r w:rsidRPr="00AE068B">
        <w:rPr>
          <w:sz w:val="20"/>
          <w:szCs w:val="20"/>
        </w:rPr>
        <w:t>Keuangan</w:t>
      </w:r>
      <w:proofErr w:type="spellEnd"/>
    </w:p>
    <w:p w14:paraId="0C892065" w14:textId="77777777" w:rsidR="00DF31AF" w:rsidRPr="00AE068B" w:rsidRDefault="00DF31AF" w:rsidP="00DF31AF">
      <w:pPr>
        <w:pStyle w:val="NormalWeb"/>
        <w:numPr>
          <w:ilvl w:val="0"/>
          <w:numId w:val="15"/>
        </w:numPr>
        <w:rPr>
          <w:sz w:val="20"/>
          <w:szCs w:val="20"/>
        </w:rPr>
      </w:pPr>
      <w:proofErr w:type="spellStart"/>
      <w:r w:rsidRPr="00AE068B">
        <w:rPr>
          <w:sz w:val="20"/>
          <w:szCs w:val="20"/>
        </w:rPr>
        <w:t>Kepala</w:t>
      </w:r>
      <w:proofErr w:type="spellEnd"/>
      <w:r w:rsidRPr="00AE068B">
        <w:rPr>
          <w:sz w:val="20"/>
          <w:szCs w:val="20"/>
        </w:rPr>
        <w:t xml:space="preserve"> Bagian </w:t>
      </w:r>
      <w:proofErr w:type="spellStart"/>
      <w:r w:rsidRPr="00AE068B">
        <w:rPr>
          <w:sz w:val="20"/>
          <w:szCs w:val="20"/>
        </w:rPr>
        <w:t>Adminstrasi</w:t>
      </w:r>
      <w:proofErr w:type="spellEnd"/>
    </w:p>
    <w:p w14:paraId="03AC7113" w14:textId="77777777" w:rsidR="00DF31AF" w:rsidRPr="00AE068B" w:rsidRDefault="00DF31AF" w:rsidP="00DF31AF">
      <w:pPr>
        <w:pStyle w:val="NormalWeb"/>
        <w:numPr>
          <w:ilvl w:val="0"/>
          <w:numId w:val="15"/>
        </w:numPr>
        <w:rPr>
          <w:sz w:val="20"/>
          <w:szCs w:val="20"/>
        </w:rPr>
      </w:pPr>
      <w:r w:rsidRPr="00AE068B">
        <w:rPr>
          <w:sz w:val="20"/>
          <w:szCs w:val="20"/>
        </w:rPr>
        <w:t xml:space="preserve">Para </w:t>
      </w:r>
      <w:proofErr w:type="spellStart"/>
      <w:r w:rsidRPr="00AE068B">
        <w:rPr>
          <w:sz w:val="20"/>
          <w:szCs w:val="20"/>
        </w:rPr>
        <w:t>Ketua</w:t>
      </w:r>
      <w:proofErr w:type="spellEnd"/>
      <w:r w:rsidRPr="00AE068B">
        <w:rPr>
          <w:sz w:val="20"/>
          <w:szCs w:val="20"/>
        </w:rPr>
        <w:t xml:space="preserve"> Program Studi</w:t>
      </w:r>
    </w:p>
    <w:p w14:paraId="097AAA17" w14:textId="77777777" w:rsidR="007A665A" w:rsidRDefault="00DF31AF" w:rsidP="003716AF">
      <w:pPr>
        <w:pStyle w:val="NormalWeb"/>
        <w:numPr>
          <w:ilvl w:val="0"/>
          <w:numId w:val="15"/>
        </w:numPr>
        <w:rPr>
          <w:sz w:val="20"/>
          <w:szCs w:val="20"/>
        </w:rPr>
      </w:pPr>
      <w:proofErr w:type="spellStart"/>
      <w:r w:rsidRPr="00AE068B">
        <w:rPr>
          <w:sz w:val="20"/>
          <w:szCs w:val="20"/>
        </w:rPr>
        <w:t>Arsip</w:t>
      </w:r>
      <w:proofErr w:type="spellEnd"/>
      <w:r w:rsidR="003716AF">
        <w:rPr>
          <w:sz w:val="20"/>
          <w:szCs w:val="20"/>
        </w:rPr>
        <w:br/>
      </w:r>
    </w:p>
    <w:p w14:paraId="41DBF312" w14:textId="77777777" w:rsidR="003716AF" w:rsidRPr="003716AF" w:rsidRDefault="003716AF" w:rsidP="003716AF">
      <w:pPr>
        <w:pStyle w:val="NormalWeb"/>
        <w:rPr>
          <w:sz w:val="20"/>
          <w:szCs w:val="20"/>
        </w:rPr>
      </w:pPr>
    </w:p>
    <w:p w14:paraId="2E08D4A7" w14:textId="77777777" w:rsidR="00EE0335" w:rsidRDefault="003716AF" w:rsidP="00EE0335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65877154" wp14:editId="18139EA0">
            <wp:simplePos x="0" y="0"/>
            <wp:positionH relativeFrom="column">
              <wp:posOffset>-28112</wp:posOffset>
            </wp:positionH>
            <wp:positionV relativeFrom="paragraph">
              <wp:posOffset>-106387</wp:posOffset>
            </wp:positionV>
            <wp:extent cx="6285471" cy="996656"/>
            <wp:effectExtent l="0" t="0" r="127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5230" cy="99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D2DFB7" w14:textId="77777777" w:rsidR="00EE0335" w:rsidRDefault="00EE0335" w:rsidP="00EE0335"/>
    <w:p w14:paraId="6BDD292C" w14:textId="77777777" w:rsidR="007A665A" w:rsidRDefault="007A665A" w:rsidP="00EE0335"/>
    <w:p w14:paraId="1E8177F2" w14:textId="77777777" w:rsidR="00EE0335" w:rsidRDefault="000B5755" w:rsidP="007A665A">
      <w:pPr>
        <w:contextualSpacing/>
      </w:pPr>
      <w:r>
        <w:t xml:space="preserve">Lampiran </w:t>
      </w:r>
    </w:p>
    <w:p w14:paraId="67E3353C" w14:textId="317B657F" w:rsidR="000B5755" w:rsidRPr="00AF659C" w:rsidRDefault="000B5755" w:rsidP="00AF659C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t>Nomor</w:t>
      </w:r>
      <w:proofErr w:type="spellEnd"/>
      <w:r>
        <w:tab/>
      </w:r>
      <w:r>
        <w:tab/>
        <w:t xml:space="preserve">: </w:t>
      </w:r>
      <w:r w:rsidR="00AF659C" w:rsidRPr="00AF659C">
        <w:rPr>
          <w:rFonts w:asciiTheme="majorBidi" w:hAnsiTheme="majorBidi" w:cstheme="majorBidi"/>
          <w:sz w:val="24"/>
          <w:szCs w:val="24"/>
        </w:rPr>
        <w:t>0273/A.6.STAIAS/VIII/2025</w:t>
      </w:r>
    </w:p>
    <w:p w14:paraId="127E3317" w14:textId="032C8FE0" w:rsidR="000B5755" w:rsidRPr="000B5755" w:rsidRDefault="000B5755" w:rsidP="007A665A">
      <w:pPr>
        <w:pStyle w:val="BodyText"/>
        <w:spacing w:before="1" w:after="0" w:line="240" w:lineRule="auto"/>
        <w:ind w:right="-22"/>
        <w:contextualSpacing/>
        <w:rPr>
          <w:rFonts w:asciiTheme="majorBidi" w:hAnsiTheme="majorBidi" w:cstheme="majorBidi"/>
          <w:w w:val="115"/>
          <w:sz w:val="24"/>
          <w:szCs w:val="24"/>
        </w:rPr>
      </w:pPr>
      <w:proofErr w:type="spellStart"/>
      <w:r>
        <w:t>Tanggal</w:t>
      </w:r>
      <w:proofErr w:type="spellEnd"/>
      <w:r>
        <w:t xml:space="preserve"> </w:t>
      </w:r>
      <w:r>
        <w:tab/>
        <w:t xml:space="preserve">: </w:t>
      </w:r>
      <w:r w:rsidR="00AF659C">
        <w:rPr>
          <w:rFonts w:asciiTheme="majorBidi" w:hAnsiTheme="majorBidi" w:cstheme="majorBidi"/>
          <w:w w:val="115"/>
          <w:sz w:val="24"/>
          <w:szCs w:val="24"/>
        </w:rPr>
        <w:t xml:space="preserve"> 27 Agustus 2025</w:t>
      </w:r>
    </w:p>
    <w:p w14:paraId="0E7AA93D" w14:textId="3868D09D" w:rsidR="000B5755" w:rsidRDefault="000B5755" w:rsidP="007A665A">
      <w:pPr>
        <w:spacing w:after="0" w:line="240" w:lineRule="auto"/>
        <w:contextualSpacing/>
        <w:rPr>
          <w:rFonts w:asciiTheme="majorBidi" w:hAnsiTheme="majorBidi" w:cstheme="majorBidi"/>
          <w:b/>
          <w:bCs/>
        </w:rPr>
      </w:pPr>
      <w:proofErr w:type="spellStart"/>
      <w:r>
        <w:t>Tentang</w:t>
      </w:r>
      <w:proofErr w:type="spellEnd"/>
      <w:r>
        <w:t xml:space="preserve"> </w:t>
      </w:r>
      <w:r>
        <w:tab/>
        <w:t xml:space="preserve">: </w:t>
      </w:r>
      <w:proofErr w:type="spellStart"/>
      <w:r w:rsidRPr="000B5755">
        <w:rPr>
          <w:rFonts w:asciiTheme="majorBidi" w:hAnsiTheme="majorBidi" w:cstheme="majorBidi"/>
          <w:sz w:val="24"/>
          <w:szCs w:val="24"/>
        </w:rPr>
        <w:t>Penugasan</w:t>
      </w:r>
      <w:proofErr w:type="spellEnd"/>
      <w:r w:rsidRPr="000B575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0B5755">
        <w:rPr>
          <w:rFonts w:asciiTheme="majorBidi" w:hAnsiTheme="majorBidi" w:cstheme="majorBidi"/>
          <w:sz w:val="24"/>
          <w:szCs w:val="24"/>
        </w:rPr>
        <w:t>Mengajar</w:t>
      </w:r>
      <w:proofErr w:type="spellEnd"/>
      <w:r w:rsidRPr="000B5755">
        <w:rPr>
          <w:rFonts w:asciiTheme="majorBidi" w:hAnsiTheme="majorBidi" w:cstheme="majorBidi"/>
          <w:sz w:val="24"/>
          <w:szCs w:val="24"/>
        </w:rPr>
        <w:t xml:space="preserve"> Dosen Pada Semester </w:t>
      </w:r>
      <w:proofErr w:type="spellStart"/>
      <w:r w:rsidRPr="000B5755">
        <w:rPr>
          <w:rFonts w:asciiTheme="majorBidi" w:hAnsiTheme="majorBidi" w:cstheme="majorBidi"/>
          <w:sz w:val="24"/>
          <w:szCs w:val="24"/>
        </w:rPr>
        <w:t>Ganjil</w:t>
      </w:r>
      <w:proofErr w:type="spellEnd"/>
      <w:r w:rsidRPr="000B575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0B5755">
        <w:rPr>
          <w:rFonts w:asciiTheme="majorBidi" w:hAnsiTheme="majorBidi" w:cstheme="majorBidi"/>
          <w:sz w:val="24"/>
          <w:szCs w:val="24"/>
        </w:rPr>
        <w:t>Tahun</w:t>
      </w:r>
      <w:proofErr w:type="spellEnd"/>
      <w:r w:rsidRPr="000B5755">
        <w:rPr>
          <w:rFonts w:asciiTheme="majorBidi" w:hAnsiTheme="majorBidi" w:cstheme="majorBidi"/>
          <w:sz w:val="24"/>
          <w:szCs w:val="24"/>
        </w:rPr>
        <w:t xml:space="preserve"> Akademik 202</w:t>
      </w:r>
      <w:r w:rsidR="00AF659C">
        <w:rPr>
          <w:rFonts w:asciiTheme="majorBidi" w:hAnsiTheme="majorBidi" w:cstheme="majorBidi"/>
          <w:sz w:val="24"/>
          <w:szCs w:val="24"/>
        </w:rPr>
        <w:t>5</w:t>
      </w:r>
      <w:r w:rsidRPr="000B5755">
        <w:rPr>
          <w:rFonts w:asciiTheme="majorBidi" w:hAnsiTheme="majorBidi" w:cstheme="majorBidi"/>
          <w:sz w:val="24"/>
          <w:szCs w:val="24"/>
        </w:rPr>
        <w:t>/202</w:t>
      </w:r>
      <w:r w:rsidR="00AF659C">
        <w:rPr>
          <w:rFonts w:asciiTheme="majorBidi" w:hAnsiTheme="majorBidi" w:cstheme="majorBidi"/>
          <w:sz w:val="24"/>
          <w:szCs w:val="24"/>
        </w:rPr>
        <w:t>6</w:t>
      </w:r>
      <w:r w:rsidRPr="000B57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12BB3F43" w14:textId="77777777" w:rsidR="007A665A" w:rsidRPr="007A665A" w:rsidRDefault="007A665A" w:rsidP="007A665A">
      <w:pPr>
        <w:spacing w:after="0" w:line="240" w:lineRule="auto"/>
        <w:contextualSpacing/>
        <w:rPr>
          <w:rFonts w:asciiTheme="majorBidi" w:hAnsiTheme="majorBidi" w:cstheme="majorBidi"/>
          <w:b/>
          <w:bCs/>
        </w:rPr>
      </w:pPr>
    </w:p>
    <w:p w14:paraId="3476A65C" w14:textId="77777777" w:rsidR="000B5755" w:rsidRPr="007A665A" w:rsidRDefault="000B5755" w:rsidP="000B5755">
      <w:pPr>
        <w:spacing w:after="0"/>
        <w:contextualSpacing/>
        <w:jc w:val="center"/>
        <w:rPr>
          <w:b/>
          <w:bCs/>
        </w:rPr>
      </w:pPr>
      <w:r w:rsidRPr="007A665A">
        <w:rPr>
          <w:b/>
          <w:bCs/>
        </w:rPr>
        <w:t xml:space="preserve">Nama –Nama </w:t>
      </w:r>
      <w:proofErr w:type="gramStart"/>
      <w:r w:rsidRPr="007A665A">
        <w:rPr>
          <w:b/>
          <w:bCs/>
        </w:rPr>
        <w:t xml:space="preserve">Dosen  </w:t>
      </w:r>
      <w:proofErr w:type="spellStart"/>
      <w:r w:rsidRPr="007A665A">
        <w:rPr>
          <w:b/>
          <w:bCs/>
        </w:rPr>
        <w:t>Pengajar</w:t>
      </w:r>
      <w:proofErr w:type="spellEnd"/>
      <w:proofErr w:type="gramEnd"/>
      <w:r w:rsidRPr="007A665A">
        <w:rPr>
          <w:b/>
          <w:bCs/>
        </w:rPr>
        <w:t xml:space="preserve">  Semester </w:t>
      </w:r>
      <w:proofErr w:type="spellStart"/>
      <w:r w:rsidRPr="007A665A">
        <w:rPr>
          <w:b/>
          <w:bCs/>
        </w:rPr>
        <w:t>Ganjil</w:t>
      </w:r>
      <w:proofErr w:type="spellEnd"/>
    </w:p>
    <w:p w14:paraId="46D8FA07" w14:textId="77777777" w:rsidR="000B5755" w:rsidRPr="007A665A" w:rsidRDefault="000B5755" w:rsidP="000B5755">
      <w:pPr>
        <w:spacing w:after="0"/>
        <w:contextualSpacing/>
        <w:jc w:val="center"/>
        <w:rPr>
          <w:b/>
          <w:bCs/>
        </w:rPr>
      </w:pPr>
      <w:r w:rsidRPr="007A665A">
        <w:rPr>
          <w:b/>
          <w:bCs/>
        </w:rPr>
        <w:t xml:space="preserve">Di Sekolah Tinggi Agama Islam Ahmad </w:t>
      </w:r>
      <w:proofErr w:type="spellStart"/>
      <w:r w:rsidRPr="007A665A">
        <w:rPr>
          <w:b/>
          <w:bCs/>
        </w:rPr>
        <w:t>Sibawayhie</w:t>
      </w:r>
      <w:proofErr w:type="spellEnd"/>
      <w:r w:rsidRPr="007A665A">
        <w:rPr>
          <w:b/>
          <w:bCs/>
        </w:rPr>
        <w:t xml:space="preserve"> Situbondo</w:t>
      </w:r>
    </w:p>
    <w:p w14:paraId="0CFCB9E2" w14:textId="151C2491" w:rsidR="007A665A" w:rsidRPr="007A665A" w:rsidRDefault="000B5755" w:rsidP="007A665A">
      <w:pPr>
        <w:spacing w:after="0"/>
        <w:contextualSpacing/>
        <w:jc w:val="center"/>
        <w:rPr>
          <w:b/>
          <w:bCs/>
        </w:rPr>
      </w:pPr>
      <w:proofErr w:type="spellStart"/>
      <w:r w:rsidRPr="007A665A">
        <w:rPr>
          <w:b/>
          <w:bCs/>
        </w:rPr>
        <w:t>Tahun</w:t>
      </w:r>
      <w:proofErr w:type="spellEnd"/>
      <w:r w:rsidRPr="007A665A">
        <w:rPr>
          <w:b/>
          <w:bCs/>
        </w:rPr>
        <w:t xml:space="preserve"> </w:t>
      </w:r>
      <w:proofErr w:type="gramStart"/>
      <w:r w:rsidRPr="007A665A">
        <w:rPr>
          <w:b/>
          <w:bCs/>
        </w:rPr>
        <w:t>Akademik :</w:t>
      </w:r>
      <w:proofErr w:type="gramEnd"/>
      <w:r w:rsidRPr="007A665A">
        <w:rPr>
          <w:b/>
          <w:bCs/>
        </w:rPr>
        <w:t xml:space="preserve"> 202</w:t>
      </w:r>
      <w:r w:rsidR="00AF659C">
        <w:rPr>
          <w:b/>
          <w:bCs/>
        </w:rPr>
        <w:t>5</w:t>
      </w:r>
      <w:r w:rsidRPr="007A665A">
        <w:rPr>
          <w:b/>
          <w:bCs/>
        </w:rPr>
        <w:t>/202</w:t>
      </w:r>
      <w:r w:rsidR="00AF659C">
        <w:rPr>
          <w:b/>
          <w:bCs/>
        </w:rPr>
        <w:t>6</w:t>
      </w:r>
    </w:p>
    <w:tbl>
      <w:tblPr>
        <w:tblW w:w="10668" w:type="dxa"/>
        <w:tblInd w:w="-318" w:type="dxa"/>
        <w:tblLook w:val="04A0" w:firstRow="1" w:lastRow="0" w:firstColumn="1" w:lastColumn="0" w:noHBand="0" w:noVBand="1"/>
      </w:tblPr>
      <w:tblGrid>
        <w:gridCol w:w="576"/>
        <w:gridCol w:w="2260"/>
        <w:gridCol w:w="1559"/>
        <w:gridCol w:w="3261"/>
        <w:gridCol w:w="1072"/>
        <w:gridCol w:w="632"/>
        <w:gridCol w:w="1311"/>
      </w:tblGrid>
      <w:tr w:rsidR="007A665A" w:rsidRPr="007A665A" w14:paraId="33E15E04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673D6B0" w14:textId="77777777" w:rsidR="007A665A" w:rsidRPr="007A665A" w:rsidRDefault="007A665A" w:rsidP="007A6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4FFF1A2" w14:textId="77777777" w:rsidR="007A665A" w:rsidRPr="007A665A" w:rsidRDefault="007A665A" w:rsidP="007A6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NAMA DOSEN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9E5A991" w14:textId="77777777" w:rsidR="007A665A" w:rsidRPr="007A665A" w:rsidRDefault="007A665A" w:rsidP="007A6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JABATAN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AA71816" w14:textId="77777777" w:rsidR="007A665A" w:rsidRPr="007A665A" w:rsidRDefault="007A665A" w:rsidP="007A6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MATA KULIAH 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53D9DC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Jurusan</w:t>
            </w:r>
            <w:proofErr w:type="spellEnd"/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6D9ACE8" w14:textId="77777777" w:rsidR="007A665A" w:rsidRPr="007A665A" w:rsidRDefault="007A665A" w:rsidP="007A6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SKS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CB0DE9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JUMLAH</w:t>
            </w:r>
          </w:p>
        </w:tc>
      </w:tr>
      <w:tr w:rsidR="007A665A" w:rsidRPr="007A665A" w14:paraId="7C712C30" w14:textId="77777777" w:rsidTr="00E37144">
        <w:trPr>
          <w:trHeight w:val="315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7E08609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82E528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9DF9DC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874DF4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66C18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Semseter</w:t>
            </w:r>
            <w:proofErr w:type="spellEnd"/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2DC87D" w14:textId="77777777" w:rsidR="007A665A" w:rsidRPr="007A665A" w:rsidRDefault="007A665A" w:rsidP="007A6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108F4" w14:textId="77777777" w:rsidR="007A665A" w:rsidRPr="007A665A" w:rsidRDefault="007A665A" w:rsidP="007A6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SKS</w:t>
            </w:r>
          </w:p>
        </w:tc>
      </w:tr>
      <w:tr w:rsidR="005E03FF" w:rsidRPr="007A665A" w14:paraId="3D9CC972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CB92C72" w14:textId="77777777" w:rsidR="005E03FF" w:rsidRPr="007A665A" w:rsidRDefault="005E03FF" w:rsidP="005E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6EAC066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H. Abdul Fatah,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Lc,.</w:t>
            </w:r>
            <w:proofErr w:type="gram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M.SEI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6E3B842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STAIAS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20A674" w14:textId="1CB9E645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Manajemen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Zakat &amp;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Wakaf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49E67F7" w14:textId="22C3B1A5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C072E92" w14:textId="4882D2D8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A926796" w14:textId="7B254089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5E03FF" w:rsidRPr="007A665A" w14:paraId="08AAB3FC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9927A3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8926697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6888B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612698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Industri &amp; Pasar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Produk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Halal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276DB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6656AB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7D748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3CE31684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7C78152" w14:textId="77777777" w:rsidR="005E03FF" w:rsidRPr="007A665A" w:rsidRDefault="005E03FF" w:rsidP="005E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2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BB8F829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Dr. Samsul Arifin,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21520C6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Wakil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 STAIAS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972AA3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Penelitian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Tindakan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Kelas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B9FD5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V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3F8872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D623DA0" w14:textId="4FEAA0DE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5E03FF" w:rsidRPr="007A665A" w14:paraId="34476E72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E3A0D7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9E3E9C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4ACBB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F35567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Metodologi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Penelitian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Kualitatif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03799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V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01A0A1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C153B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2427C35B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4E88D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3A3A98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E6BD18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F146CB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Akhlaq Tasawuf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5A400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 / III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E16E10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84264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109E780B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E4969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D30256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D51C5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06B2B4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Aswaja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28FD0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53F208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790414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7C3FCE99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6FEC61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CC096D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25951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92D2C" w14:textId="20FA13CF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Filsafat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Umum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6EC64" w14:textId="38AA9DA1" w:rsidR="005E03FF" w:rsidRPr="007A665A" w:rsidRDefault="005E03FF" w:rsidP="00E371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PBA</w:t>
            </w:r>
            <w:r w:rsidRPr="007A665A">
              <w:rPr>
                <w:rFonts w:ascii="Calibri" w:eastAsia="Times New Roman" w:hAnsi="Calibri" w:cs="Calibri"/>
                <w:color w:val="000000"/>
              </w:rPr>
              <w:t>/</w:t>
            </w:r>
            <w:r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79875" w14:textId="09FE70A6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0C26D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3B1C7CAA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E5BF4A" w14:textId="77777777" w:rsidR="005E03FF" w:rsidRPr="007A665A" w:rsidRDefault="005E03FF" w:rsidP="005E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6E84F87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Qurrotul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Aini, S.S.,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M.Li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93FB91F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Wakil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II STAIAS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DB440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Bahasa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Inggris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E8DADD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20FB12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A4CB084" w14:textId="7FBB15EE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644524" w:rsidRPr="007A665A" w14:paraId="244679FA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E74EE3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ACA3F19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E3536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02C45F" w14:textId="34AC862B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Sosiolinguistik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4344E52" w14:textId="03F92648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AD898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814BD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77F85031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E84B16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1958CD8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90C11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0BA98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Linguistik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E351ED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CAE2EB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70018D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761225DE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295D11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9E412FE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96E7F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0B7E8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Bahasa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Inggris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C1AD9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EA8F6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74ACB2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03FF" w:rsidRPr="007A665A" w14:paraId="10C04D36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143A392" w14:textId="77777777" w:rsidR="005E03FF" w:rsidRPr="007A665A" w:rsidRDefault="005E03FF" w:rsidP="005E03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AE6DD80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Ridwan Efendi,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5CC3996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Wakil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III STAIAS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CA1147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Bahasa Indonesia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0585D7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EC7A06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A1207C1" w14:textId="55AFB3DD" w:rsidR="005E03FF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5E03FF" w:rsidRPr="007A665A" w14:paraId="2D46FC31" w14:textId="77777777" w:rsidTr="00E37144">
        <w:trPr>
          <w:trHeight w:val="315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EB8C8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E391EC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1C63A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E8173" w14:textId="77777777" w:rsidR="005E03FF" w:rsidRPr="007A665A" w:rsidRDefault="005E03FF" w:rsidP="005E03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Bahasa Indonesia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B905A5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 / 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1A883A" w14:textId="77777777" w:rsidR="005E03FF" w:rsidRPr="007A665A" w:rsidRDefault="005E03FF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E8C128" w14:textId="77777777" w:rsidR="005E03FF" w:rsidRPr="007A665A" w:rsidRDefault="005E03FF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4C0AB012" w14:textId="77777777" w:rsidTr="00E37144">
        <w:trPr>
          <w:trHeight w:val="315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B3B53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24FBF5C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D0EF4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37B02" w14:textId="24D25C53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Kewirausahaan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3F2E9CC" w14:textId="352CADFA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000A82" w14:textId="0E1B10C9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FD71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37C900FA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11176E8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0B905A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Nur Muhammad,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S.Pd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., </w:t>
            </w:r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M.E</w:t>
            </w:r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ADA004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KA. Prodi ES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3E092B2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Pengantar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Ekonomi Islam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96876F4" w14:textId="77777777" w:rsidR="00644524" w:rsidRPr="007A665A" w:rsidRDefault="00644524" w:rsidP="00E371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665A">
              <w:rPr>
                <w:rFonts w:ascii="Calibri" w:eastAsia="Times New Roman" w:hAnsi="Calibri" w:cs="Calibri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A842A3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D11327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  <w:tr w:rsidR="00644524" w:rsidRPr="007A665A" w14:paraId="01D8A7D0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374E30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5BF595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14:paraId="38D3002D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1BA8036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Manajemen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Keunagan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Syariah</w:t>
            </w:r>
          </w:p>
        </w:tc>
        <w:tc>
          <w:tcPr>
            <w:tcW w:w="10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D5647F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7D1D8D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E373A8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198A7806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AA7761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B2B382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14:paraId="579D68F4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CD033AE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Lembaga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Keuangan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Syari'ah</w:t>
            </w:r>
          </w:p>
        </w:tc>
        <w:tc>
          <w:tcPr>
            <w:tcW w:w="10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A5B6849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BC9CB3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D45340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249CE454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2B3360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5EE8BB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14:paraId="08131558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F26886A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Statistik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Ekonomi /SPSS</w:t>
            </w:r>
          </w:p>
        </w:tc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44C343B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ES/VII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A7CA09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A297C9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0647767B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1F02496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2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4B85F90" w14:textId="501B4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Rosyidatul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Khoiriyah,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03705AF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KA. Prodi PBA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E1D368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Nahwu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II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7780589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27940EC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BC63A4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644524" w:rsidRPr="007A665A" w14:paraId="7F912B20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8EF5F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241389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0E4AB5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254D6BA" w14:textId="4B681606" w:rsidR="00644524" w:rsidRPr="007A665A" w:rsidRDefault="00644524" w:rsidP="00644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Kitabah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BE504D" w14:textId="7321B819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1B4C5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4BFF61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40055A8F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06F05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20118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4CFB26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94BC6DC" w14:textId="4D46E3F1" w:rsidR="00644524" w:rsidRPr="007A665A" w:rsidRDefault="002A3086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Perencanaan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Pem. Bahasa Arab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18B6EB" w14:textId="35B6FE68" w:rsidR="00644524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E3CC5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E44E1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661FBDE4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FEC3A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C6437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16F045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C37D9" w14:textId="224AAFD7" w:rsidR="00644524" w:rsidRPr="007A665A" w:rsidRDefault="002A3086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Strategi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Pem. Bahasa Arab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73CD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53EF2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FCB104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1E1E84F8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4D30E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E1AA43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D8EA7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66CFE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Ilmu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Al-Bayan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01B52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V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50AD5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0D5263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0EAAEEEF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3DFF23E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15CE75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M. Munir, </w:t>
            </w:r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M.E</w:t>
            </w:r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4233AD6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KA. LPM STAIAS</w:t>
            </w:r>
          </w:p>
        </w:tc>
        <w:tc>
          <w:tcPr>
            <w:tcW w:w="3261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4FBDC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Ekonomi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Moneter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072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8EF1C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ES/III</w:t>
            </w:r>
          </w:p>
        </w:tc>
        <w:tc>
          <w:tcPr>
            <w:tcW w:w="629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E2460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F2662D9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  <w:tr w:rsidR="00644524" w:rsidRPr="007A665A" w14:paraId="5F46257C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D00F8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3B0222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DBC9A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C9294E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Ekonomi Pembangunan Islam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2422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050BF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5677FF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2ACF0D16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8FA90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12B18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EF2E2F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B7B38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Praktikum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Ekonometrika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2EB6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ES/VII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D0FDA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604B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7B442F6E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5D889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0EDEB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4044D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5ACBA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Ekonomimetrika</w:t>
            </w:r>
            <w:proofErr w:type="spellEnd"/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04E18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 VII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0C64E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4AB80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4287332A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1DC7864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2033753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M. Kurma Nur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Faifatur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R,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06E17F6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LPM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A1AAC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Studi Al-Qur'an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DF04E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8C68A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EE56CAD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644524" w:rsidRPr="007A665A" w14:paraId="17501628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2B816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1CF80F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65500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BB4088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PPKn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7792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F752F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9F3F67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1B800163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6EB7CC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8E00F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73D39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49078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PPKn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7207D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962D88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5D973E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55221274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8C200F8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9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5ABE0F0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Sri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Yuniati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,</w:t>
            </w:r>
            <w:proofErr w:type="gram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S.E., </w:t>
            </w:r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M.E</w:t>
            </w:r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DE155E5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LPM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A8EB97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Pengantar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Akuntasi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2B89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FCC80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9650FF6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644524" w:rsidRPr="007A665A" w14:paraId="388879EC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ACDED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2AB225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1265B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96700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Ekonomi Mikro Islam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11ABB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B467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ADE2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7E5700B2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A15B8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01C8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B2EAA4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064A0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Studi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Kelayakan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Bisnis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SKB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1402B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776C9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4A33C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77536A68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2ACF0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717231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6971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E5C23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Manaj. BMT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Koperasi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&amp; UKM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1994E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ES/V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3496F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B50A27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40BAC93C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6261BE1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</w:tcPr>
          <w:p w14:paraId="0F086992" w14:textId="08157375" w:rsidR="0064452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Himamy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Zahrotul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M.,M.</w:t>
            </w:r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0C6CFEB" w14:textId="6C77B6D2" w:rsidR="00644524" w:rsidRPr="007A665A" w:rsidRDefault="00E3714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62347F4" w14:textId="1233E4AE" w:rsidR="00644524" w:rsidRPr="007A665A" w:rsidRDefault="00E3714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Pengantar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Psikologi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8C56D3" w14:textId="59C64EA3" w:rsidR="0064452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PBA/I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EBA7CF" w14:textId="27C3AD64" w:rsidR="0064452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7916ACC" w14:textId="18DF9791" w:rsidR="00644524" w:rsidRPr="007A665A" w:rsidRDefault="00E3714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44524" w:rsidRPr="007A665A" w14:paraId="6FFB625E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ED544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1787FB2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C7C26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78E09A" w14:textId="51423C91" w:rsidR="00644524" w:rsidRPr="007A665A" w:rsidRDefault="00E3714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Psikologi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Ekonomi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D33DD" w14:textId="18D8C422" w:rsidR="0064452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B5670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BFE686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3086" w:rsidRPr="007A665A" w14:paraId="12807870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9F99920" w14:textId="77777777" w:rsidR="002A3086" w:rsidRPr="007A665A" w:rsidRDefault="002A3086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7742689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Nafisah Fuadah,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EDD7E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  <w:p w14:paraId="5DF71B4D" w14:textId="55947EED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DF4864" w14:textId="77777777" w:rsidR="002A3086" w:rsidRPr="007A665A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Istima' I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901FC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E22D9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88BB3E1" w14:textId="11EC7BE8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A3086" w:rsidRPr="007A665A" w14:paraId="356E823C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990EEB" w14:textId="77777777" w:rsidR="002A3086" w:rsidRPr="007A665A" w:rsidRDefault="002A3086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E29FC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FD6F81" w14:textId="77288763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B823B" w14:textId="3CD6359F" w:rsidR="002A3086" w:rsidRPr="007A665A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Arabiyah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Li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Athfal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FC728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82C6F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4D9589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3086" w:rsidRPr="007A665A" w14:paraId="169E033B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18047F" w14:textId="77777777" w:rsidR="002A3086" w:rsidRPr="007A665A" w:rsidRDefault="002A3086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716E8D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6AAFF26" w14:textId="43E6BC72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0B2C2B" w14:textId="00D3E158" w:rsidR="002A3086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Pengelolaan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Kelas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AA65E2" w14:textId="740CC9D2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PBA/V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135708" w14:textId="29A76704" w:rsidR="002A3086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FEB622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3086" w:rsidRPr="007A665A" w14:paraId="192A0B9F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70CFD" w14:textId="77777777" w:rsidR="002A3086" w:rsidRPr="007A665A" w:rsidRDefault="002A3086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A33E8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617A3" w14:textId="24FE5ADA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57F36" w14:textId="5B789282" w:rsidR="002A3086" w:rsidRPr="007A665A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Qira’ah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E20E4" w14:textId="249828C1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II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0C8B4" w14:textId="13DAEF7E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00A797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24604A60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D0C9C57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7D69DAE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Imron Fauzi, S.HI.,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F6C0197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5CE7A" w14:textId="77777777" w:rsidR="00644524" w:rsidRPr="007A665A" w:rsidRDefault="00644524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Aswaja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F093E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2711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458F949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44524" w:rsidRPr="007A665A" w14:paraId="781DE2CC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21979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A67ED34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03D136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DDEFC" w14:textId="77777777" w:rsidR="00644524" w:rsidRPr="007A665A" w:rsidRDefault="00644524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Usul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Fiqih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01F4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ES/III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C7CF9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32D4E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3086" w:rsidRPr="007A665A" w14:paraId="1F70BEC3" w14:textId="77777777" w:rsidTr="00E37144">
        <w:trPr>
          <w:trHeight w:val="63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D92A7AB" w14:textId="77777777" w:rsidR="002A3086" w:rsidRPr="007A665A" w:rsidRDefault="002A3086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E3712D3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Sunarji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S.Pd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., M.M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1DA2256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</w:p>
        </w:tc>
        <w:tc>
          <w:tcPr>
            <w:tcW w:w="3261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4167C" w14:textId="0AA0FB56" w:rsidR="002A3086" w:rsidRPr="007A665A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Ilmu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Kalam</w:t>
            </w:r>
          </w:p>
        </w:tc>
        <w:tc>
          <w:tcPr>
            <w:tcW w:w="1072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F5355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CDE3D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A169577" w14:textId="7457401D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44524" w:rsidRPr="007A665A" w14:paraId="78C7F773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A41D5E4" w14:textId="77777777" w:rsidR="00644524" w:rsidRPr="007A665A" w:rsidRDefault="00644524" w:rsidP="00644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AB74F1D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Imam Baihaki, S.E., M.H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562E9B9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EAD1E0D" w14:textId="3B995F24" w:rsidR="00644524" w:rsidRPr="007A665A" w:rsidRDefault="00644524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Pengantar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Manajemen</w:t>
            </w:r>
            <w:proofErr w:type="spellEnd"/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26682E9" w14:textId="4146918A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8E23C" w14:textId="4B4A3DF6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CCBFD7A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644524" w:rsidRPr="007A665A" w14:paraId="792A0C88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6CF795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62CBE6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634F5F2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CC1204" w14:textId="05E3CC30" w:rsidR="00644524" w:rsidRPr="007A665A" w:rsidRDefault="00644524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Tafsir Ayat &amp; Hadis Ekonomi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DBF9C5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09DE00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65AE6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19B6A248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2FBB96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C3ED7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1436D50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C55A2C" w14:textId="77777777" w:rsidR="00644524" w:rsidRPr="007A665A" w:rsidRDefault="00644524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Hukum Bisnis Syari'ah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8212818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ES/III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BFFF5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67084F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47BBD4EE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7C66FF" w14:textId="77777777" w:rsidR="00644524" w:rsidRPr="007A665A" w:rsidRDefault="00644524" w:rsidP="006445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7F903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C68C0A7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B3BB55" w14:textId="77777777" w:rsidR="00644524" w:rsidRPr="007A665A" w:rsidRDefault="00644524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Komunikasi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Bisnis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67E9A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 V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3A1CD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316BB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3086" w:rsidRPr="007A665A" w14:paraId="675461CD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495DE" w14:textId="77777777" w:rsidR="002A3086" w:rsidRPr="007A665A" w:rsidRDefault="002A3086" w:rsidP="002A3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260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B560C3C" w14:textId="5CBB5944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Badrus Zaman,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0F20488B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BC1CE" w14:textId="0F1CF454" w:rsidR="002A3086" w:rsidRPr="007A665A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Shorrof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II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6D659" w14:textId="1B28AC8F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9FE5C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358FC3B9" w14:textId="254AFE5C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2A3086" w:rsidRPr="007A665A" w14:paraId="47886FCD" w14:textId="77777777" w:rsidTr="00E37144">
        <w:trPr>
          <w:trHeight w:val="315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57684BB" w14:textId="77777777" w:rsidR="002A3086" w:rsidRPr="007A665A" w:rsidRDefault="002A3086" w:rsidP="002A3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left w:val="nil"/>
              <w:right w:val="nil"/>
            </w:tcBorders>
            <w:noWrap/>
            <w:vAlign w:val="center"/>
          </w:tcPr>
          <w:p w14:paraId="2ECEB5CD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nil"/>
            </w:tcBorders>
            <w:noWrap/>
            <w:vAlign w:val="center"/>
          </w:tcPr>
          <w:p w14:paraId="4B215855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468D11" w14:textId="38F56ADD" w:rsidR="002A3086" w:rsidRPr="007A665A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Mahara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Kitabah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III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9EBD5D" w14:textId="65B19318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PBA/ III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359C0" w14:textId="64D5F868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2D26E0BD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3086" w:rsidRPr="007A665A" w14:paraId="4B4DA79A" w14:textId="77777777" w:rsidTr="00E37144">
        <w:trPr>
          <w:trHeight w:val="315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56DD20" w14:textId="77777777" w:rsidR="002A3086" w:rsidRPr="007A665A" w:rsidRDefault="002A3086" w:rsidP="002A3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6DF56E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B6D70E0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01B38" w14:textId="03D84701" w:rsidR="002A3086" w:rsidRPr="007A665A" w:rsidRDefault="002A3086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Masrahiyyah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0DEA8" w14:textId="54078F15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PBA/V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1A860F" w14:textId="1C6B6F3D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5BBAD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44524" w:rsidRPr="007A665A" w14:paraId="7F96145B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38EE42" w14:textId="77777777" w:rsidR="00644524" w:rsidRPr="007A665A" w:rsidRDefault="00644524" w:rsidP="002A3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26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92C53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Nur Faizah,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AC63787" w14:textId="77777777" w:rsidR="00644524" w:rsidRPr="007A665A" w:rsidRDefault="0064452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4D2BE9" w14:textId="77777777" w:rsidR="00644524" w:rsidRPr="007A665A" w:rsidRDefault="00644524" w:rsidP="002A3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Metode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Pembelajaran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B. Arab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9A3269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E8C926E" w14:textId="77777777" w:rsidR="00644524" w:rsidRPr="007A665A" w:rsidRDefault="0064452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DA525A" w14:textId="4D03324D" w:rsidR="00644524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2A3086" w:rsidRPr="007A665A" w14:paraId="45D698F8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BE3134" w14:textId="77777777" w:rsidR="002A3086" w:rsidRPr="007A665A" w:rsidRDefault="002A3086" w:rsidP="002A3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25555" w14:textId="77777777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40759F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CED2324" w14:textId="0737142F" w:rsidR="002A3086" w:rsidRPr="007A665A" w:rsidRDefault="00E02A69" w:rsidP="002A30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Kalam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69CF67" w14:textId="2740E148" w:rsidR="002A3086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PBA/III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6468C85" w14:textId="5EDE63B1" w:rsidR="002A3086" w:rsidRPr="007A665A" w:rsidRDefault="002A3086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898595" w14:textId="77777777" w:rsidR="002A3086" w:rsidRPr="007A665A" w:rsidRDefault="002A3086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02A69" w:rsidRPr="007A665A" w14:paraId="429310B1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97DE75" w14:textId="77777777" w:rsidR="00E02A69" w:rsidRPr="007A665A" w:rsidRDefault="00E02A69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E063F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26D44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0A67D07" w14:textId="3B6FBF08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Desain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Pembelajaran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B. Arab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175FA4" w14:textId="490061A9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1BD0F37" w14:textId="7F0F5740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FD758B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02A69" w:rsidRPr="007A665A" w14:paraId="6F06F632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EF41CD0" w14:textId="77777777" w:rsidR="00E02A69" w:rsidRPr="007A665A" w:rsidRDefault="00E02A69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602081E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Muhammad Imron,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6FE3559" w14:textId="0B6909BF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5177FD" w14:textId="364BA196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Evaluasi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Pem. Bahasa Arab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750AE3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 III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2F8879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09353E9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E02A69" w:rsidRPr="007A665A" w14:paraId="47D74773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FD339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4F723AC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061F7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5B0A75" w14:textId="34E60BC6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Media &amp;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Teknologi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Pem. Arab</w:t>
            </w:r>
          </w:p>
        </w:tc>
        <w:tc>
          <w:tcPr>
            <w:tcW w:w="10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AD2085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 /IV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4C54518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F854BA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02A69" w:rsidRPr="007A665A" w14:paraId="5469F14A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DCE590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D5F9689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EDBB7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FBC12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Statistik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Pendidikan</w:t>
            </w:r>
          </w:p>
        </w:tc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EC80B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IV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D2F1A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54E1DE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02A69" w:rsidRPr="007A665A" w14:paraId="1FC95CDE" w14:textId="77777777" w:rsidTr="00E37144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A9698" w14:textId="77777777" w:rsidR="00E02A69" w:rsidRPr="007A665A" w:rsidRDefault="00E02A69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5048F1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Kurnaidi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proofErr w:type="gram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B2BFB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2FB47" w14:textId="53524B94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Sejerah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Peradaban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Islam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E8405" w14:textId="38464BEE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III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B9A9F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78155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02A69" w:rsidRPr="007A665A" w14:paraId="61AA02CE" w14:textId="77777777" w:rsidTr="00E37144">
        <w:trPr>
          <w:trHeight w:val="315"/>
        </w:trPr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AFC72F7" w14:textId="77777777" w:rsidR="00E02A69" w:rsidRPr="007A665A" w:rsidRDefault="00E02A69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1D317B2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M.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Kholil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Baidawi, S.HM,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A40B059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BA385F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Studi </w:t>
            </w: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Fiqih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117FE2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63E61C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67F6DF5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E02A69" w:rsidRPr="007A665A" w14:paraId="0C65A89A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A7885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E5E6F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E9932E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C010CC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Bahasa Arab 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5127B8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6D8DDE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85731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02A69" w:rsidRPr="007A665A" w14:paraId="593312CF" w14:textId="77777777" w:rsidTr="00E37144">
        <w:trPr>
          <w:trHeight w:val="315"/>
        </w:trPr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1DF75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E6583A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D3A946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11B41B" w14:textId="77777777" w:rsidR="00E02A69" w:rsidRPr="007A665A" w:rsidRDefault="00E02A69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Bahasa Arab 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3722D6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PBA/I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4039F7" w14:textId="77777777" w:rsidR="00E02A69" w:rsidRPr="007A665A" w:rsidRDefault="00E02A69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FCAAD8" w14:textId="77777777" w:rsidR="00E02A69" w:rsidRPr="007A665A" w:rsidRDefault="00E02A69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37144" w:rsidRPr="007A665A" w14:paraId="3F6D6000" w14:textId="77777777" w:rsidTr="00E37144">
        <w:trPr>
          <w:trHeight w:val="419"/>
        </w:trPr>
        <w:tc>
          <w:tcPr>
            <w:tcW w:w="576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57016" w14:textId="77777777" w:rsidR="00E37144" w:rsidRPr="007A665A" w:rsidRDefault="00E37144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26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2989AA26" w14:textId="0BD3DC2C" w:rsidR="00E3714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Nuri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Ma’rifatul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Laily,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M.E</w:t>
            </w:r>
            <w:proofErr w:type="gramEnd"/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1514973" w14:textId="77777777" w:rsidR="00E37144" w:rsidRPr="007A665A" w:rsidRDefault="00E3714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B8BDB" w14:textId="26184057" w:rsidR="00E3714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>Matematika</w:t>
            </w:r>
            <w:proofErr w:type="spellEnd"/>
            <w:r w:rsidRPr="007A665A">
              <w:rPr>
                <w:rFonts w:ascii="Times New Roman" w:eastAsia="Times New Roman" w:hAnsi="Times New Roman" w:cs="Times New Roman"/>
                <w:color w:val="000000"/>
              </w:rPr>
              <w:t xml:space="preserve"> Ekonomi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0CB12A8D" w14:textId="77777777" w:rsidR="00E3714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ES/I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03BA1C79" w14:textId="77777777" w:rsidR="00E3714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15E2F8BE" w14:textId="3D2437D0" w:rsidR="00E37144" w:rsidRPr="007A665A" w:rsidRDefault="00E37144" w:rsidP="00E37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E37144" w:rsidRPr="007A665A" w14:paraId="4175020B" w14:textId="77777777" w:rsidTr="00E37144">
        <w:trPr>
          <w:trHeight w:val="330"/>
        </w:trPr>
        <w:tc>
          <w:tcPr>
            <w:tcW w:w="5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7D1AD4B" w14:textId="77777777" w:rsidR="00E37144" w:rsidRPr="007A665A" w:rsidRDefault="00E37144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0" w:type="dxa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1F1D4D0" w14:textId="77777777" w:rsidR="00E37144" w:rsidRDefault="00E37144" w:rsidP="00E02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Merge/>
            <w:tcBorders>
              <w:left w:val="nil"/>
              <w:bottom w:val="nil"/>
              <w:right w:val="nil"/>
            </w:tcBorders>
            <w:noWrap/>
            <w:vAlign w:val="bottom"/>
          </w:tcPr>
          <w:p w14:paraId="057DFCBE" w14:textId="77777777" w:rsidR="00E37144" w:rsidRPr="007A665A" w:rsidRDefault="00E37144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D55BBF2" w14:textId="5AD9B9CB" w:rsidR="00E3714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Ekonomi Makro Islam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D181238" w14:textId="451BBBFC" w:rsidR="00E3714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ES/III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F7FF058" w14:textId="4108FEFB" w:rsidR="00E37144" w:rsidRPr="007A665A" w:rsidRDefault="00E37144" w:rsidP="00E37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11" w:type="dxa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A343F80" w14:textId="77777777" w:rsidR="00E37144" w:rsidRPr="007A665A" w:rsidRDefault="00E37144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02A69" w:rsidRPr="007A665A" w14:paraId="2FAD7B9F" w14:textId="77777777" w:rsidTr="00E37144">
        <w:trPr>
          <w:trHeight w:val="315"/>
        </w:trPr>
        <w:tc>
          <w:tcPr>
            <w:tcW w:w="872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208A4B5" w14:textId="77777777" w:rsidR="00E02A69" w:rsidRPr="007A665A" w:rsidRDefault="00E02A69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JUMLAH  SKS</w:t>
            </w:r>
            <w:proofErr w:type="gramEnd"/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0A3A340" w14:textId="77777777" w:rsidR="00E02A69" w:rsidRPr="007A665A" w:rsidRDefault="00E02A69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142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0BA8C85" w14:textId="385A96DB" w:rsidR="00E02A69" w:rsidRPr="007A665A" w:rsidRDefault="00E02A69" w:rsidP="00E02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66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</w:t>
            </w:r>
            <w:r w:rsidR="00397E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</w:tr>
    </w:tbl>
    <w:p w14:paraId="2D6C55AC" w14:textId="4E4E6E70" w:rsidR="003716AF" w:rsidRDefault="00E37144" w:rsidP="003716AF">
      <w:pPr>
        <w:spacing w:after="0" w:line="240" w:lineRule="auto"/>
        <w:ind w:left="5517" w:firstLine="720"/>
        <w:contextualSpacing/>
        <w:rPr>
          <w:rFonts w:asciiTheme="majorBidi" w:hAnsiTheme="majorBidi" w:cstheme="majorBidi"/>
          <w:color w:val="0F0F0F"/>
          <w:w w:val="115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43B9244F" wp14:editId="33AF4D53">
            <wp:simplePos x="0" y="0"/>
            <wp:positionH relativeFrom="column">
              <wp:posOffset>4051618</wp:posOffset>
            </wp:positionH>
            <wp:positionV relativeFrom="paragraph">
              <wp:posOffset>-9525</wp:posOffset>
            </wp:positionV>
            <wp:extent cx="1045845" cy="2372360"/>
            <wp:effectExtent l="0" t="0" r="0" b="5398"/>
            <wp:wrapNone/>
            <wp:docPr id="5" name="Picture 5" descr="C:\Users\Administrator\Downloads\WhatsApp_Image_2025-08-09_at_10.33.00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wnloads\WhatsApp_Image_2025-08-09_at_10.33.00-removebg-preview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68" b="10805"/>
                    <a:stretch/>
                  </pic:blipFill>
                  <pic:spPr bwMode="auto">
                    <a:xfrm rot="16200000">
                      <a:off x="0" y="0"/>
                      <a:ext cx="1045845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1F6D95" w14:textId="059F7CF9" w:rsidR="007A665A" w:rsidRPr="003716AF" w:rsidRDefault="00C372BD" w:rsidP="003716AF">
      <w:pPr>
        <w:spacing w:after="0" w:line="240" w:lineRule="auto"/>
        <w:ind w:left="5517" w:firstLine="720"/>
        <w:contextualSpacing/>
        <w:rPr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9776" behindDoc="0" locked="0" layoutInCell="1" allowOverlap="1" wp14:anchorId="56D9E068" wp14:editId="3FF52252">
            <wp:simplePos x="0" y="0"/>
            <wp:positionH relativeFrom="column">
              <wp:posOffset>3069590</wp:posOffset>
            </wp:positionH>
            <wp:positionV relativeFrom="paragraph">
              <wp:posOffset>95250</wp:posOffset>
            </wp:positionV>
            <wp:extent cx="1424940" cy="1424940"/>
            <wp:effectExtent l="0" t="0" r="3810" b="0"/>
            <wp:wrapNone/>
            <wp:docPr id="6" name="Picture 6" descr="C:\Users\Administrator\Downloads\20211018_100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20211018_10011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A665A">
        <w:rPr>
          <w:rFonts w:asciiTheme="majorBidi" w:hAnsiTheme="majorBidi" w:cstheme="majorBidi"/>
          <w:color w:val="0F0F0F"/>
          <w:w w:val="115"/>
          <w:sz w:val="24"/>
          <w:szCs w:val="24"/>
        </w:rPr>
        <w:t>Ditetapkan</w:t>
      </w:r>
      <w:proofErr w:type="spellEnd"/>
      <w:r w:rsidR="007A665A">
        <w:rPr>
          <w:rFonts w:asciiTheme="majorBidi" w:hAnsiTheme="majorBidi" w:cstheme="majorBidi"/>
          <w:color w:val="0F0F0F"/>
          <w:w w:val="115"/>
          <w:sz w:val="24"/>
          <w:szCs w:val="24"/>
        </w:rPr>
        <w:t xml:space="preserve"> </w:t>
      </w:r>
      <w:r w:rsidR="007A665A">
        <w:rPr>
          <w:rFonts w:asciiTheme="majorBidi" w:hAnsiTheme="majorBidi" w:cstheme="majorBidi"/>
          <w:color w:val="0C0C0C"/>
          <w:w w:val="115"/>
          <w:sz w:val="24"/>
          <w:szCs w:val="24"/>
        </w:rPr>
        <w:t xml:space="preserve">di </w:t>
      </w:r>
      <w:proofErr w:type="spellStart"/>
      <w:r w:rsidR="007A665A">
        <w:rPr>
          <w:rFonts w:asciiTheme="majorBidi" w:hAnsiTheme="majorBidi" w:cstheme="majorBidi"/>
          <w:w w:val="115"/>
          <w:sz w:val="24"/>
          <w:szCs w:val="24"/>
        </w:rPr>
        <w:t>Besuki</w:t>
      </w:r>
      <w:proofErr w:type="spellEnd"/>
    </w:p>
    <w:p w14:paraId="40BBB0E7" w14:textId="61EE14C4" w:rsidR="007A665A" w:rsidRDefault="007A665A" w:rsidP="007A665A">
      <w:pPr>
        <w:pStyle w:val="BodyText"/>
        <w:spacing w:before="1" w:line="240" w:lineRule="auto"/>
        <w:ind w:left="6237" w:right="-22"/>
        <w:contextualSpacing/>
        <w:rPr>
          <w:rFonts w:asciiTheme="majorBidi" w:hAnsiTheme="majorBidi" w:cstheme="majorBidi"/>
          <w:w w:val="115"/>
          <w:sz w:val="24"/>
          <w:szCs w:val="24"/>
        </w:rPr>
      </w:pPr>
      <w:r>
        <w:rPr>
          <w:rFonts w:asciiTheme="majorBidi" w:hAnsiTheme="majorBidi" w:cstheme="majorBidi"/>
          <w:color w:val="0E0E0E"/>
          <w:w w:val="115"/>
          <w:sz w:val="24"/>
          <w:szCs w:val="24"/>
        </w:rPr>
        <w:t xml:space="preserve">pada </w:t>
      </w:r>
      <w:proofErr w:type="spellStart"/>
      <w:r>
        <w:rPr>
          <w:rFonts w:asciiTheme="majorBidi" w:hAnsiTheme="majorBidi" w:cstheme="majorBidi"/>
          <w:w w:val="115"/>
          <w:sz w:val="24"/>
          <w:szCs w:val="24"/>
        </w:rPr>
        <w:t>tanggal</w:t>
      </w:r>
      <w:proofErr w:type="spellEnd"/>
      <w:r>
        <w:rPr>
          <w:rFonts w:asciiTheme="majorBidi" w:hAnsiTheme="majorBidi" w:cstheme="majorBidi"/>
          <w:w w:val="115"/>
          <w:sz w:val="24"/>
          <w:szCs w:val="24"/>
        </w:rPr>
        <w:t xml:space="preserve"> </w:t>
      </w:r>
      <w:r w:rsidR="00E37144">
        <w:rPr>
          <w:rFonts w:asciiTheme="majorBidi" w:hAnsiTheme="majorBidi" w:cstheme="majorBidi"/>
          <w:w w:val="115"/>
          <w:sz w:val="24"/>
          <w:szCs w:val="24"/>
        </w:rPr>
        <w:t xml:space="preserve">27 </w:t>
      </w:r>
      <w:proofErr w:type="gramStart"/>
      <w:r w:rsidR="00E37144">
        <w:rPr>
          <w:rFonts w:asciiTheme="majorBidi" w:hAnsiTheme="majorBidi" w:cstheme="majorBidi"/>
          <w:w w:val="115"/>
          <w:sz w:val="24"/>
          <w:szCs w:val="24"/>
        </w:rPr>
        <w:t xml:space="preserve">Agustus </w:t>
      </w:r>
      <w:r>
        <w:rPr>
          <w:rFonts w:asciiTheme="majorBidi" w:hAnsiTheme="majorBidi" w:cstheme="majorBidi"/>
          <w:w w:val="115"/>
          <w:sz w:val="24"/>
          <w:szCs w:val="24"/>
        </w:rPr>
        <w:t xml:space="preserve"> 202</w:t>
      </w:r>
      <w:r w:rsidR="00E37144">
        <w:rPr>
          <w:rFonts w:asciiTheme="majorBidi" w:hAnsiTheme="majorBidi" w:cstheme="majorBidi"/>
          <w:w w:val="115"/>
          <w:sz w:val="24"/>
          <w:szCs w:val="24"/>
        </w:rPr>
        <w:t>5</w:t>
      </w:r>
      <w:proofErr w:type="gramEnd"/>
    </w:p>
    <w:p w14:paraId="3A300CC1" w14:textId="247F9323" w:rsidR="007A665A" w:rsidRPr="00E37144" w:rsidRDefault="007A665A" w:rsidP="00E37144">
      <w:pPr>
        <w:spacing w:line="240" w:lineRule="auto"/>
        <w:ind w:left="6237" w:right="-22"/>
        <w:contextualSpacing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Wakil </w:t>
      </w:r>
      <w:proofErr w:type="spellStart"/>
      <w:r>
        <w:rPr>
          <w:rFonts w:asciiTheme="majorBidi" w:hAnsiTheme="majorBidi" w:cstheme="majorBidi"/>
          <w:sz w:val="24"/>
          <w:szCs w:val="24"/>
        </w:rPr>
        <w:t>Ketua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hAnsiTheme="majorBidi" w:cstheme="majorBidi"/>
          <w:sz w:val="24"/>
          <w:szCs w:val="24"/>
        </w:rPr>
        <w:t>I  (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Bidang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Akademik)</w:t>
      </w:r>
    </w:p>
    <w:p w14:paraId="60662AF1" w14:textId="77777777" w:rsidR="003716AF" w:rsidRDefault="003716AF" w:rsidP="005E286C">
      <w:pPr>
        <w:spacing w:line="228" w:lineRule="auto"/>
        <w:ind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A8A4FCB" w14:textId="77777777" w:rsidR="003716AF" w:rsidRDefault="003716AF" w:rsidP="005E286C">
      <w:pPr>
        <w:spacing w:line="228" w:lineRule="auto"/>
        <w:ind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3723FC55" w14:textId="77777777" w:rsidR="007A665A" w:rsidRPr="00565FAB" w:rsidRDefault="007A665A" w:rsidP="007A665A">
      <w:pPr>
        <w:spacing w:line="228" w:lineRule="auto"/>
        <w:ind w:left="5517" w:right="-23" w:firstLine="720"/>
        <w:contextualSpacing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Dr. Samsul Arifin,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M.Pd</w:t>
      </w:r>
      <w:proofErr w:type="spellEnd"/>
    </w:p>
    <w:p w14:paraId="7A941DB2" w14:textId="77777777" w:rsidR="007A665A" w:rsidRPr="003716AF" w:rsidRDefault="007A665A" w:rsidP="003716AF">
      <w:pPr>
        <w:spacing w:line="228" w:lineRule="auto"/>
        <w:ind w:left="5517" w:right="-22" w:firstLine="72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NIDN. 2110129104</w:t>
      </w:r>
      <w:r>
        <w:br/>
      </w:r>
    </w:p>
    <w:sectPr w:rsidR="007A665A" w:rsidRPr="003716AF" w:rsidSect="003716AF">
      <w:pgSz w:w="12240" w:h="15840" w:code="1"/>
      <w:pgMar w:top="90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2007"/>
        </w:tabs>
        <w:ind w:left="2007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C4976EE"/>
    <w:multiLevelType w:val="hybridMultilevel"/>
    <w:tmpl w:val="D686692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AA0EF1"/>
    <w:multiLevelType w:val="hybridMultilevel"/>
    <w:tmpl w:val="D686692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C2332"/>
    <w:multiLevelType w:val="hybridMultilevel"/>
    <w:tmpl w:val="3544D6E4"/>
    <w:lvl w:ilvl="0" w:tplc="6A68AB2E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084746"/>
    <w:multiLevelType w:val="multilevel"/>
    <w:tmpl w:val="3808474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C0661E"/>
    <w:multiLevelType w:val="multilevel"/>
    <w:tmpl w:val="C9E03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047EB6"/>
    <w:multiLevelType w:val="multilevel"/>
    <w:tmpl w:val="50047E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4078366">
    <w:abstractNumId w:val="8"/>
  </w:num>
  <w:num w:numId="2" w16cid:durableId="185409063">
    <w:abstractNumId w:val="6"/>
  </w:num>
  <w:num w:numId="3" w16cid:durableId="533932125">
    <w:abstractNumId w:val="5"/>
  </w:num>
  <w:num w:numId="4" w16cid:durableId="343283552">
    <w:abstractNumId w:val="4"/>
  </w:num>
  <w:num w:numId="5" w16cid:durableId="213398450">
    <w:abstractNumId w:val="7"/>
  </w:num>
  <w:num w:numId="6" w16cid:durableId="463277042">
    <w:abstractNumId w:val="3"/>
  </w:num>
  <w:num w:numId="7" w16cid:durableId="221790440">
    <w:abstractNumId w:val="2"/>
  </w:num>
  <w:num w:numId="8" w16cid:durableId="1550068146">
    <w:abstractNumId w:val="1"/>
  </w:num>
  <w:num w:numId="9" w16cid:durableId="1957901759">
    <w:abstractNumId w:val="0"/>
  </w:num>
  <w:num w:numId="10" w16cid:durableId="856115061">
    <w:abstractNumId w:val="12"/>
  </w:num>
  <w:num w:numId="11" w16cid:durableId="573584483">
    <w:abstractNumId w:val="11"/>
  </w:num>
  <w:num w:numId="12" w16cid:durableId="226308798">
    <w:abstractNumId w:val="14"/>
  </w:num>
  <w:num w:numId="13" w16cid:durableId="1196390132">
    <w:abstractNumId w:val="9"/>
  </w:num>
  <w:num w:numId="14" w16cid:durableId="200940966">
    <w:abstractNumId w:val="10"/>
  </w:num>
  <w:num w:numId="15" w16cid:durableId="18860169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424"/>
    <w:rsid w:val="0006063C"/>
    <w:rsid w:val="0009560C"/>
    <w:rsid w:val="000B5755"/>
    <w:rsid w:val="00143EC1"/>
    <w:rsid w:val="00144A51"/>
    <w:rsid w:val="0015074B"/>
    <w:rsid w:val="0029639D"/>
    <w:rsid w:val="002A3086"/>
    <w:rsid w:val="002F40CF"/>
    <w:rsid w:val="00326F90"/>
    <w:rsid w:val="00340977"/>
    <w:rsid w:val="003716AF"/>
    <w:rsid w:val="00397E62"/>
    <w:rsid w:val="003C2737"/>
    <w:rsid w:val="00406509"/>
    <w:rsid w:val="004B1F8B"/>
    <w:rsid w:val="005271B7"/>
    <w:rsid w:val="005C47B1"/>
    <w:rsid w:val="005E03FF"/>
    <w:rsid w:val="005E286C"/>
    <w:rsid w:val="005F5A4E"/>
    <w:rsid w:val="00643496"/>
    <w:rsid w:val="00644524"/>
    <w:rsid w:val="006F0449"/>
    <w:rsid w:val="00797505"/>
    <w:rsid w:val="007A665A"/>
    <w:rsid w:val="00A31980"/>
    <w:rsid w:val="00AA1D8D"/>
    <w:rsid w:val="00AE068B"/>
    <w:rsid w:val="00AF659C"/>
    <w:rsid w:val="00B47730"/>
    <w:rsid w:val="00BF1247"/>
    <w:rsid w:val="00C372BD"/>
    <w:rsid w:val="00CB0664"/>
    <w:rsid w:val="00DF31AF"/>
    <w:rsid w:val="00E02A69"/>
    <w:rsid w:val="00E37144"/>
    <w:rsid w:val="00EE033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5FC4D3"/>
  <w14:defaultImageDpi w14:val="300"/>
  <w15:docId w15:val="{432AB321-7077-4BE3-98D7-1265CA61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qFormat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E0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33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F3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063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C3E6291-9D1A-4094-A883-02C4E92D4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pp nurul wafa</cp:lastModifiedBy>
  <cp:revision>13</cp:revision>
  <dcterms:created xsi:type="dcterms:W3CDTF">2013-12-23T23:15:00Z</dcterms:created>
  <dcterms:modified xsi:type="dcterms:W3CDTF">2025-10-21T04:32:00Z</dcterms:modified>
  <cp:category/>
</cp:coreProperties>
</file>